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50" w:rsidRPr="003935CD" w:rsidRDefault="003935CD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3935CD">
        <w:rPr>
          <w:rFonts w:ascii="Segoe UI Symbol" w:hAnsi="Segoe UI Symbol" w:cs="Segoe UI Symbol"/>
          <w:color w:val="000000" w:themeColor="text1"/>
        </w:rPr>
        <w:t>📢</w:t>
      </w:r>
      <w:r w:rsidRPr="003935CD">
        <w:rPr>
          <w:rFonts w:ascii="Times New Roman" w:hAnsi="Times New Roman" w:cs="Times New Roman"/>
          <w:color w:val="000000" w:themeColor="text1"/>
        </w:rPr>
        <w:t xml:space="preserve"> Thông báo ph</w:t>
      </w:r>
      <w:r w:rsidRPr="003935CD">
        <w:rPr>
          <w:rFonts w:ascii="Times New Roman" w:hAnsi="Times New Roman" w:cs="Times New Roman"/>
          <w:color w:val="000000" w:themeColor="text1"/>
        </w:rPr>
        <w:t>ụ</w:t>
      </w:r>
      <w:r w:rsidRPr="003935CD">
        <w:rPr>
          <w:rFonts w:ascii="Times New Roman" w:hAnsi="Times New Roman" w:cs="Times New Roman"/>
          <w:color w:val="000000" w:themeColor="text1"/>
        </w:rPr>
        <w:t>c v</w:t>
      </w:r>
      <w:r w:rsidRPr="003935CD">
        <w:rPr>
          <w:rFonts w:ascii="Times New Roman" w:hAnsi="Times New Roman" w:cs="Times New Roman"/>
          <w:color w:val="000000" w:themeColor="text1"/>
        </w:rPr>
        <w:t>ụ</w:t>
      </w:r>
      <w:r w:rsidRPr="003935CD">
        <w:rPr>
          <w:rFonts w:ascii="Times New Roman" w:hAnsi="Times New Roman" w:cs="Times New Roman"/>
          <w:color w:val="000000" w:themeColor="text1"/>
        </w:rPr>
        <w:t xml:space="preserve"> xuyên l</w:t>
      </w:r>
      <w:r w:rsidRPr="003935CD">
        <w:rPr>
          <w:rFonts w:ascii="Times New Roman" w:hAnsi="Times New Roman" w:cs="Times New Roman"/>
          <w:color w:val="000000" w:themeColor="text1"/>
        </w:rPr>
        <w:t>ễ</w:t>
      </w:r>
      <w:r w:rsidRPr="003935CD">
        <w:rPr>
          <w:rFonts w:ascii="Times New Roman" w:hAnsi="Times New Roman" w:cs="Times New Roman"/>
          <w:color w:val="000000" w:themeColor="text1"/>
        </w:rPr>
        <w:t xml:space="preserve"> Qu</w:t>
      </w:r>
      <w:r w:rsidRPr="003935CD">
        <w:rPr>
          <w:rFonts w:ascii="Times New Roman" w:hAnsi="Times New Roman" w:cs="Times New Roman"/>
          <w:color w:val="000000" w:themeColor="text1"/>
        </w:rPr>
        <w:t>ố</w:t>
      </w:r>
      <w:r w:rsidRPr="003935CD">
        <w:rPr>
          <w:rFonts w:ascii="Times New Roman" w:hAnsi="Times New Roman" w:cs="Times New Roman"/>
          <w:color w:val="000000" w:themeColor="text1"/>
        </w:rPr>
        <w:t>c khánh 2/9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Kính g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 Quý khách hàng,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 đáp 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nhu c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u vui chơi, mua s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 và ngh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trong d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p l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khánh 2/9, [Tên đơn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] trân tr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thông báo: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Segoe UI Symbol" w:hAnsi="Segoe UI Symbol" w:cs="Segoe UI Symbol"/>
          <w:color w:val="000000" w:themeColor="text1"/>
          <w:sz w:val="28"/>
          <w:szCs w:val="28"/>
        </w:rPr>
        <w:t>✨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su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 k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khánh 2/9, chúng tôi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bình 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xuyên su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 các ngày l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i: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- Trung tâm mua s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Nhà hàng &amp; 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 th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- Khu vui chơi, gi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 trí</w:t>
      </w:r>
      <w:bookmarkStart w:id="0" w:name="_GoBack"/>
      <w:bookmarkEnd w:id="0"/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- Khu du l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ch, ngh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Segoe UI Symbol" w:hAnsi="Segoe UI Symbol" w:cs="Segoe UI Symbol"/>
          <w:color w:val="000000" w:themeColor="text1"/>
          <w:sz w:val="28"/>
          <w:szCs w:val="28"/>
        </w:rPr>
        <w:t>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 gian ho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ng: T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[gi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a] 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[gi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đóng c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a] 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ngày.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Quý khách hàng có th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yên tâm 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tham quan, mua s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m, thư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 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 th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và tr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 nghi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ích cùng gia đình, b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bè.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Segoe UI Symbol" w:hAnsi="Segoe UI Symbol" w:cs="Segoe UI Symbol"/>
          <w:color w:val="000000" w:themeColor="text1"/>
          <w:sz w:val="28"/>
          <w:szCs w:val="28"/>
        </w:rPr>
        <w:t>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bi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t, trong d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p l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ễ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, chúng tôi còn có nhi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u chương trình ưu đãi và s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ki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 dành cho Quý khách.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Trân tr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 kính m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i và hân 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nh đư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022C50" w:rsidRPr="003935CD" w:rsidRDefault="003935C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5CD">
        <w:rPr>
          <w:rFonts w:ascii="Segoe UI Symbol" w:hAnsi="Segoe UI Symbol" w:cs="Segoe UI Symbol"/>
          <w:color w:val="000000" w:themeColor="text1"/>
          <w:sz w:val="28"/>
          <w:szCs w:val="28"/>
        </w:rPr>
        <w:t>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[Tên đơn v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/Trung tâm mua s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ắ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/Nhà hàng/Khu ngh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dư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3935CD">
        <w:rPr>
          <w:rFonts w:ascii="Times New Roman" w:hAnsi="Times New Roman" w:cs="Times New Roman"/>
          <w:color w:val="000000" w:themeColor="text1"/>
          <w:sz w:val="28"/>
          <w:szCs w:val="28"/>
        </w:rPr>
        <w:t>ng]</w:t>
      </w:r>
    </w:p>
    <w:sectPr w:rsidR="00022C50" w:rsidRPr="003935C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C50"/>
    <w:rsid w:val="00034616"/>
    <w:rsid w:val="0006063C"/>
    <w:rsid w:val="0015074B"/>
    <w:rsid w:val="0029639D"/>
    <w:rsid w:val="00326F90"/>
    <w:rsid w:val="003935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AF5587B-9F5A-4957-9597-C0638CA6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D79C42-ED93-42E6-8EB6-AE7D1650A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📢 Thông báo phục vụ xuyên lễ Quốc khánh 2/9</vt:lpstr>
    </vt:vector>
  </TitlesOfParts>
  <Manager/>
  <Company/>
  <LinksUpToDate>false</LinksUpToDate>
  <CharactersWithSpaces>791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2025-08-30T13:04:00Z</dcterms:created>
  <dcterms:modified xsi:type="dcterms:W3CDTF">2025-08-30T13:04:00Z</dcterms:modified>
  <cp:category/>
</cp:coreProperties>
</file>