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6083"/>
      </w:tblGrid>
      <w:tr w:rsidR="00FA6D78" w:rsidTr="00DE4D7C">
        <w:trPr>
          <w:trHeight w:val="142"/>
          <w:jc w:val="center"/>
        </w:trPr>
        <w:tc>
          <w:tcPr>
            <w:tcW w:w="2547" w:type="dxa"/>
          </w:tcPr>
          <w:p w:rsidR="00FA6D78" w:rsidRPr="00DE4D7C" w:rsidRDefault="00FA6D78" w:rsidP="00DE4D7C">
            <w:pPr>
              <w:rPr>
                <w:rFonts w:ascii="Times New Roman" w:hAnsi="Times New Roman" w:cs="Times New Roman"/>
                <w:b/>
                <w:sz w:val="26"/>
                <w:szCs w:val="26"/>
              </w:rPr>
            </w:pPr>
            <w:r w:rsidRPr="00DE4D7C">
              <w:rPr>
                <w:rFonts w:ascii="Times New Roman" w:hAnsi="Times New Roman" w:cs="Times New Roman"/>
                <w:b/>
                <w:sz w:val="26"/>
                <w:szCs w:val="26"/>
              </w:rPr>
              <w:t xml:space="preserve">CÔNG‍ ĐOÀN‍ </w:t>
            </w:r>
            <w:r w:rsidR="00DE4D7C">
              <w:rPr>
                <w:rFonts w:ascii="Times New Roman" w:hAnsi="Times New Roman" w:cs="Times New Roman"/>
                <w:b/>
                <w:sz w:val="26"/>
                <w:szCs w:val="26"/>
              </w:rPr>
              <w:t>….</w:t>
            </w:r>
          </w:p>
        </w:tc>
        <w:tc>
          <w:tcPr>
            <w:tcW w:w="6083" w:type="dxa"/>
          </w:tcPr>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CỘNG‍ HÒA‍ XÃ‍ HỘI‍ CHỦ‍ NGHĨA‍ VIỆT‍ NAM</w:t>
            </w:r>
          </w:p>
          <w:p w:rsidR="00FA6D78" w:rsidRPr="00DE4D7C" w:rsidRDefault="00FA6D78" w:rsidP="00DE4D7C">
            <w:pPr>
              <w:jc w:val="center"/>
              <w:rPr>
                <w:rFonts w:ascii="Times New Roman" w:hAnsi="Times New Roman" w:cs="Times New Roman"/>
                <w:b/>
                <w:sz w:val="26"/>
                <w:szCs w:val="26"/>
              </w:rPr>
            </w:pPr>
            <w:r w:rsidRPr="00DE4D7C">
              <w:rPr>
                <w:rFonts w:ascii="Times New Roman" w:hAnsi="Times New Roman" w:cs="Times New Roman"/>
                <w:b/>
                <w:sz w:val="26"/>
                <w:szCs w:val="26"/>
              </w:rPr>
              <w:t>Độc‍ lập‍,‍ Tự‍ do‍,‍ Hạnh‍ phúc</w:t>
            </w:r>
          </w:p>
          <w:p w:rsidR="00FA6D78" w:rsidRPr="00DE4D7C" w:rsidRDefault="00FA6D78" w:rsidP="00FA6D78">
            <w:pPr>
              <w:rPr>
                <w:rFonts w:ascii="Times New Roman" w:hAnsi="Times New Roman" w:cs="Times New Roman"/>
                <w:b/>
                <w:sz w:val="26"/>
                <w:szCs w:val="26"/>
              </w:rPr>
            </w:pPr>
          </w:p>
        </w:tc>
      </w:tr>
    </w:tbl>
    <w:p w:rsidR="00FA6D78" w:rsidRPr="00FA6D78" w:rsidRDefault="00FA6D78" w:rsidP="00FA6D78">
      <w:pPr>
        <w:rPr>
          <w:rFonts w:ascii="Times New Roman" w:hAnsi="Times New Roman" w:cs="Times New Roman"/>
          <w:sz w:val="26"/>
          <w:szCs w:val="26"/>
        </w:rPr>
      </w:pPr>
    </w:p>
    <w:p w:rsidR="00EF1AF9" w:rsidRPr="00EF1AF9" w:rsidRDefault="00EF1AF9" w:rsidP="00EF1AF9">
      <w:pPr>
        <w:jc w:val="right"/>
        <w:rPr>
          <w:rFonts w:ascii="Times New Roman" w:hAnsi="Times New Roman" w:cs="Times New Roman"/>
          <w:i/>
          <w:sz w:val="26"/>
          <w:szCs w:val="26"/>
        </w:rPr>
      </w:pPr>
      <w:r w:rsidRPr="00EF1AF9">
        <w:rPr>
          <w:rFonts w:ascii="Times New Roman" w:hAnsi="Times New Roman" w:cs="Times New Roman"/>
          <w:i/>
          <w:sz w:val="26"/>
          <w:szCs w:val="26"/>
        </w:rPr>
        <w:t>…,‍ ngày‍ …‍ tháng‍ …‍ năm‍ 2025‍</w:t>
      </w:r>
    </w:p>
    <w:p w:rsidR="00EF1AF9" w:rsidRPr="00EF1AF9" w:rsidRDefault="00EF1AF9" w:rsidP="00EF1AF9">
      <w:pPr>
        <w:jc w:val="center"/>
        <w:rPr>
          <w:rFonts w:ascii="Times New Roman" w:hAnsi="Times New Roman" w:cs="Times New Roman"/>
          <w:b/>
          <w:sz w:val="26"/>
          <w:szCs w:val="26"/>
        </w:rPr>
      </w:pPr>
      <w:r w:rsidRPr="00EF1AF9">
        <w:rPr>
          <w:rFonts w:ascii="Times New Roman" w:hAnsi="Times New Roman" w:cs="Times New Roman"/>
          <w:b/>
          <w:sz w:val="26"/>
          <w:szCs w:val="26"/>
        </w:rPr>
        <w:t>THÔNG‍ BÁO</w:t>
      </w:r>
    </w:p>
    <w:p w:rsidR="00EF1AF9" w:rsidRPr="00EF1AF9" w:rsidRDefault="00EF1AF9" w:rsidP="00EF1AF9">
      <w:pPr>
        <w:jc w:val="center"/>
        <w:rPr>
          <w:rFonts w:ascii="Times New Roman" w:hAnsi="Times New Roman" w:cs="Times New Roman"/>
          <w:b/>
          <w:sz w:val="26"/>
          <w:szCs w:val="26"/>
        </w:rPr>
      </w:pPr>
      <w:r w:rsidRPr="00EF1AF9">
        <w:rPr>
          <w:rFonts w:ascii="Times New Roman" w:hAnsi="Times New Roman" w:cs="Times New Roman"/>
          <w:b/>
          <w:sz w:val="26"/>
          <w:szCs w:val="26"/>
        </w:rPr>
        <w:t>Về‍ việc‍ hỗ‍ trợ‍ người‍ lao‍ động‍ bị‍ thiệt‍ hạ</w:t>
      </w:r>
      <w:r w:rsidR="009E69CB">
        <w:rPr>
          <w:rFonts w:ascii="Times New Roman" w:hAnsi="Times New Roman" w:cs="Times New Roman"/>
          <w:b/>
          <w:sz w:val="26"/>
          <w:szCs w:val="26"/>
        </w:rPr>
        <w:t>i‍ do‍ ngập lụt</w:t>
      </w:r>
      <w:r w:rsidRPr="00EF1AF9">
        <w:rPr>
          <w:rFonts w:ascii="Times New Roman" w:hAnsi="Times New Roman" w:cs="Times New Roman"/>
          <w:b/>
          <w:sz w:val="26"/>
          <w:szCs w:val="26"/>
        </w:rPr>
        <w:t>‍ tại‍ khu‍ vực‍ miền‍ Trung</w:t>
      </w:r>
    </w:p>
    <w:p w:rsidR="00EF1AF9" w:rsidRPr="00EF1AF9" w:rsidRDefault="00EF1AF9" w:rsidP="00EF1AF9">
      <w:pPr>
        <w:rPr>
          <w:rFonts w:ascii="Times New Roman" w:hAnsi="Times New Roman" w:cs="Times New Roman"/>
          <w:sz w:val="26"/>
          <w:szCs w:val="26"/>
        </w:rPr>
      </w:pP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Kính‍ gửi‍:‍ Người‍ lao‍ độ</w:t>
      </w:r>
      <w:r>
        <w:rPr>
          <w:rFonts w:ascii="Times New Roman" w:hAnsi="Times New Roman" w:cs="Times New Roman"/>
          <w:sz w:val="26"/>
          <w:szCs w:val="26"/>
        </w:rPr>
        <w:t>ng‍ Công‍ ty‍,‍</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Trong thời gian vừa qua, tình hình mưa lũ kéo dài tại khu vực miền Trung đã gây ra nhiều thiệt hại về tài sản, đời sống, làm ảnh hưởng trực tiếp đến một bộ phận người lao động của Công ty. Nhằm kịp thời chia s</w:t>
      </w:r>
      <w:bookmarkStart w:id="0" w:name="_GoBack"/>
      <w:bookmarkEnd w:id="0"/>
      <w:r w:rsidRPr="00EF1AF9">
        <w:rPr>
          <w:rFonts w:ascii="Times New Roman" w:hAnsi="Times New Roman" w:cs="Times New Roman"/>
          <w:sz w:val="26"/>
          <w:szCs w:val="26"/>
        </w:rPr>
        <w:t>ẻ, động viên và hỗ trợ người lao động vượt qua khó khăn, Công đoàn …(tên công ty)… trân trọng thông báo triển khai chương trình hỗ trợ như sau:</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1‍.‍ Đối‍ tượng‍ được‍ hỗ‍ trợ</w:t>
      </w:r>
      <w:r>
        <w:rPr>
          <w:rFonts w:ascii="Times New Roman" w:hAnsi="Times New Roman" w:cs="Times New Roman"/>
          <w:sz w:val="26"/>
          <w:szCs w:val="26"/>
        </w:rPr>
        <w:t>:</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Người‍ lao‍ động‍ đang‍ làm‍ việc‍ tại‍ Công‍ ty‍ có‍ nhà‍ cửa‍,‍ tài‍ sản‍,‍ phương‍ tiện‍ sinh‍ hoạt‍ bị‍ hư‍ hại‍ do‍ mưa‍ lũ‍.‍</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Ưu‍ tiên‍ trường‍ hợp‍ thiệt‍ hại‍ nặng‍,‍ hoàn‍ cả</w:t>
      </w:r>
      <w:r>
        <w:rPr>
          <w:rFonts w:ascii="Times New Roman" w:hAnsi="Times New Roman" w:cs="Times New Roman"/>
          <w:sz w:val="26"/>
          <w:szCs w:val="26"/>
        </w:rPr>
        <w:t>nh‍ khó‍ khăn‍.‍</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2‍.‍ Mức‍ hỗ‍ trợ</w:t>
      </w:r>
      <w:r>
        <w:rPr>
          <w:rFonts w:ascii="Times New Roman" w:hAnsi="Times New Roman" w:cs="Times New Roman"/>
          <w:sz w:val="26"/>
          <w:szCs w:val="26"/>
        </w:rPr>
        <w:t>:</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Hỗ‍ trợ‍ bằng‍ tiền‍ mặt‍,‍ tùy‍ theo‍ mức‍ độ‍ thiệt‍ hại‍ được‍ xác‍ minh‍.‍</w:t>
      </w:r>
    </w:p>
    <w:p w:rsid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 Hỗ trợ nhu yếu phẩm thiết yếu đối với người lao động bị ảnh hưởng nghiêm trọng.</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3‍.‍ Hồ‍ sơ‍ đề‍ nghị‍ hỗ‍ trợ</w:t>
      </w:r>
      <w:r>
        <w:rPr>
          <w:rFonts w:ascii="Times New Roman" w:hAnsi="Times New Roman" w:cs="Times New Roman"/>
          <w:sz w:val="26"/>
          <w:szCs w:val="26"/>
        </w:rPr>
        <w:t>:</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Bản‍ tường‍ trình‍ thiệt‍ hại‍.‍</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Xác‍ nhận‍ của‍ chính‍ quyền‍ địa‍ phương‍,‍ hoặc‍ tổ‍ dân‍ phố‍,‍ thôn‍ xóm‍.‍</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Xác‍ nhận‍ của‍ Tổ‍ Công‍ đoàn‍ tại‍ đơn‍ vị‍.‍</w:t>
      </w:r>
    </w:p>
    <w:p w:rsidR="00EF1AF9" w:rsidRPr="00EF1AF9" w:rsidRDefault="00EF1AF9" w:rsidP="00EF1AF9">
      <w:pPr>
        <w:rPr>
          <w:rFonts w:ascii="Times New Roman" w:hAnsi="Times New Roman" w:cs="Times New Roman"/>
          <w:sz w:val="26"/>
          <w:szCs w:val="26"/>
        </w:rPr>
      </w:pP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lastRenderedPageBreak/>
        <w:t>4‍.‍ Thời‍ gian‍ tiếp‍ nhận‍ hồ</w:t>
      </w:r>
      <w:r>
        <w:rPr>
          <w:rFonts w:ascii="Times New Roman" w:hAnsi="Times New Roman" w:cs="Times New Roman"/>
          <w:sz w:val="26"/>
          <w:szCs w:val="26"/>
        </w:rPr>
        <w:t>‍ sơ:</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Từ‍ ngày‍ …‍ đến‍ hế</w:t>
      </w:r>
      <w:r>
        <w:rPr>
          <w:rFonts w:ascii="Times New Roman" w:hAnsi="Times New Roman" w:cs="Times New Roman"/>
          <w:sz w:val="26"/>
          <w:szCs w:val="26"/>
        </w:rPr>
        <w:t>t‍ ngày‍ …‍.‍</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5‍.‍ Địa‍ điểm‍ nộp‍ hồ</w:t>
      </w:r>
      <w:r>
        <w:rPr>
          <w:rFonts w:ascii="Times New Roman" w:hAnsi="Times New Roman" w:cs="Times New Roman"/>
          <w:sz w:val="26"/>
          <w:szCs w:val="26"/>
        </w:rPr>
        <w:t>‍ sơ:</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hint="cs"/>
          <w:sz w:val="26"/>
          <w:szCs w:val="26"/>
        </w:rPr>
        <w:t>–‍</w:t>
      </w:r>
      <w:r w:rsidRPr="00EF1AF9">
        <w:rPr>
          <w:rFonts w:ascii="Times New Roman" w:hAnsi="Times New Roman" w:cs="Times New Roman"/>
          <w:sz w:val="26"/>
          <w:szCs w:val="26"/>
        </w:rPr>
        <w:t xml:space="preserve"> Văn‍</w:t>
      </w:r>
      <w:r>
        <w:rPr>
          <w:rFonts w:ascii="Times New Roman" w:hAnsi="Times New Roman" w:cs="Times New Roman"/>
          <w:sz w:val="26"/>
          <w:szCs w:val="26"/>
        </w:rPr>
        <w:t xml:space="preserve"> phòng‍ Công‍ đoàn‍ Công‍ ty‍.‍</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Công‍ đoàn‍ kêu‍ gọi‍ toàn‍ thể‍ đoàn‍ viên‍,‍ người‍ lao‍ động‍ trong‍ Công‍ ty‍ chung‍ tay‍ hỗ‍ trợ‍,‍ chia‍ sẻ‍ khó‍ khăn‍ với‍ các‍ đồng‍ nghiệp‍ bị‍ ảnh‍ hưởng‍ bở</w:t>
      </w:r>
      <w:r>
        <w:rPr>
          <w:rFonts w:ascii="Times New Roman" w:hAnsi="Times New Roman" w:cs="Times New Roman"/>
          <w:sz w:val="26"/>
          <w:szCs w:val="26"/>
        </w:rPr>
        <w:t>i‍ thiên‍ tai‍.‍</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Rất‍ mong‍ nhận‍ được‍ sự‍ phối‍ hợp‍,‍ chủ‍ động‍ cung‍ cấp‍ thông‍ tin‍ của‍ người‍ lao‍ động‍ để‍ công‍ tác‍ hỗ‍ trợ‍ được‍ triển‍ khai‍ nhanh‍ chóng‍,‍ kịp‍ thờ</w:t>
      </w:r>
      <w:r>
        <w:rPr>
          <w:rFonts w:ascii="Times New Roman" w:hAnsi="Times New Roman" w:cs="Times New Roman"/>
          <w:sz w:val="26"/>
          <w:szCs w:val="26"/>
        </w:rPr>
        <w:t>i‍.‍</w:t>
      </w:r>
    </w:p>
    <w:p w:rsidR="00EF1AF9" w:rsidRPr="00EF1AF9" w:rsidRDefault="00EF1AF9" w:rsidP="00EF1AF9">
      <w:pPr>
        <w:rPr>
          <w:rFonts w:ascii="Times New Roman" w:hAnsi="Times New Roman" w:cs="Times New Roman"/>
          <w:sz w:val="26"/>
          <w:szCs w:val="26"/>
        </w:rPr>
      </w:pPr>
      <w:r w:rsidRPr="00EF1AF9">
        <w:rPr>
          <w:rFonts w:ascii="Times New Roman" w:hAnsi="Times New Roman" w:cs="Times New Roman"/>
          <w:sz w:val="26"/>
          <w:szCs w:val="26"/>
        </w:rPr>
        <w:t>Trân‍ trọng‍,‍</w:t>
      </w:r>
    </w:p>
    <w:p w:rsidR="00EF1AF9" w:rsidRPr="00EF1AF9" w:rsidRDefault="00EF1AF9" w:rsidP="00EF1AF9">
      <w:pPr>
        <w:rPr>
          <w:rFonts w:ascii="Times New Roman" w:hAnsi="Times New Roman" w:cs="Times New Roman"/>
          <w:b/>
          <w:sz w:val="26"/>
          <w:szCs w:val="26"/>
        </w:rPr>
      </w:pPr>
      <w:r w:rsidRPr="00EF1AF9">
        <w:rPr>
          <w:rFonts w:ascii="Times New Roman" w:hAnsi="Times New Roman" w:cs="Times New Roman"/>
          <w:b/>
          <w:sz w:val="26"/>
          <w:szCs w:val="26"/>
        </w:rPr>
        <w:t>BAN‍ CHẤP‍ HÀNH‍ CÔNG‍ ĐOÀN‍ …(tên‍ công‍ ty)…</w:t>
      </w:r>
    </w:p>
    <w:p w:rsidR="00AE38F1" w:rsidRPr="00EF1AF9" w:rsidRDefault="00FA6D78" w:rsidP="00FA6D78">
      <w:pPr>
        <w:rPr>
          <w:rFonts w:ascii="Times New Roman" w:hAnsi="Times New Roman" w:cs="Times New Roman"/>
          <w:b/>
          <w:sz w:val="26"/>
          <w:szCs w:val="26"/>
        </w:rPr>
      </w:pPr>
      <w:r w:rsidRPr="00EF1AF9">
        <w:rPr>
          <w:rFonts w:ascii="Times New Roman" w:hAnsi="Times New Roman" w:cs="Times New Roman"/>
          <w:b/>
          <w:sz w:val="26"/>
          <w:szCs w:val="26"/>
        </w:rPr>
        <w:t>vị)…</w:t>
      </w:r>
    </w:p>
    <w:sectPr w:rsidR="00AE38F1" w:rsidRPr="00EF1AF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6177B"/>
    <w:rsid w:val="0029639D"/>
    <w:rsid w:val="00326F90"/>
    <w:rsid w:val="004F0E82"/>
    <w:rsid w:val="009D4299"/>
    <w:rsid w:val="009E69CB"/>
    <w:rsid w:val="00AA1D8D"/>
    <w:rsid w:val="00AE38F1"/>
    <w:rsid w:val="00B47730"/>
    <w:rsid w:val="00CB0664"/>
    <w:rsid w:val="00DE4D7C"/>
    <w:rsid w:val="00EF1AF9"/>
    <w:rsid w:val="00FA6D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2524921-2538-462D-9845-A619D263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2B91C-4320-4209-8F67-F92016FF2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2025-11-26T02:09:00Z</dcterms:created>
  <dcterms:modified xsi:type="dcterms:W3CDTF">2025-11-26T02:09:00Z</dcterms:modified>
  <cp:category/>
</cp:coreProperties>
</file>