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lineRule="auto" w:line="480"/>
        <w:jc w:val="center"/>
        <w:rPr>
          <w:rFonts w:ascii="Arial;sans-serif" w:hAnsi="Arial;sans-serif"/>
          <w:b w:val="false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szCs w:val="24"/>
          <w:u w:val="none"/>
          <w:effect w:val="none"/>
        </w:rPr>
      </w:pPr>
      <w:bookmarkStart w:id="0" w:name="dieu_2_2"/>
      <w:bookmarkEnd w:id="0"/>
      <w:r>
        <w:rPr>
          <w:rFonts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 w:themeColor="text1"/>
          <w:spacing w:val="0"/>
          <w:sz w:val="24"/>
          <w:szCs w:val="24"/>
          <w:u w:val="none"/>
          <w:effect w:val="none"/>
        </w:rPr>
        <w:t>Phường Nam Nha Trang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Tỉnh: Khánh Hòa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BẢNG GIÁ ĐẤT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(Kèm theo Nghị quyết số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/2025/NQ-HĐND ngày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...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tháng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...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năm 2025 của HĐND tỉnh Khánh Hòa)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229"/>
        <w:gridCol w:w="5410"/>
      </w:tblGrid>
      <w:tr>
        <w:trPr/>
        <w:tc>
          <w:tcPr>
            <w:tcW w:w="3229" w:type="dxa"/>
            <w:tcBorders/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I 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Giá đất nông nghiệp:</w:t>
            </w:r>
          </w:p>
        </w:tc>
        <w:tc>
          <w:tcPr>
            <w:tcW w:w="541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108.000 đồng/m2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II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phi nông nghiệp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227"/>
        <w:gridCol w:w="5412"/>
      </w:tblGrid>
      <w:tr>
        <w:trPr/>
        <w:tc>
          <w:tcPr>
            <w:tcW w:w="3227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II.1</w:t>
            </w:r>
            <w:r>
              <w:rPr/>
              <w:t>  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Đất ở</w:t>
            </w:r>
          </w:p>
        </w:tc>
        <w:tc>
          <w:tcPr>
            <w:tcW w:w="541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/>
            </w:pPr>
            <w:r>
              <w:rPr>
                <w:rFonts w:ascii="Arial;sans-serif" w:hAnsi="Arial;sans-serif"/>
                <w:i/>
                <w:sz w:val="20"/>
                <w:lang w:val="vi-VN"/>
              </w:rPr>
              <w:t>ĐVT:</w:t>
            </w:r>
            <w:r>
              <w:rPr/>
              <w:t> </w:t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Đồng/m2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8640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395"/>
        <w:gridCol w:w="1417"/>
        <w:gridCol w:w="1061"/>
        <w:gridCol w:w="958"/>
        <w:gridCol w:w="1006"/>
        <w:gridCol w:w="1006"/>
        <w:gridCol w:w="1006"/>
        <w:gridCol w:w="895"/>
        <w:gridCol w:w="896"/>
      </w:tblGrid>
      <w:tr>
        <w:trPr/>
        <w:tc>
          <w:tcPr>
            <w:tcW w:w="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STT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Tên đơn v</w:t>
            </w:r>
            <w:r>
              <w:rPr>
                <w:rFonts w:ascii="Arial;sans-serif" w:hAnsi="Arial;sans-serif"/>
                <w:b/>
                <w:sz w:val="20"/>
              </w:rPr>
              <w:t>ị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hành chính</w:t>
            </w:r>
          </w:p>
        </w:tc>
        <w:tc>
          <w:tcPr>
            <w:tcW w:w="2019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Đoạn đường</w:t>
            </w:r>
          </w:p>
        </w:tc>
        <w:tc>
          <w:tcPr>
            <w:tcW w:w="4809" w:type="dxa"/>
            <w:gridSpan w:val="5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Giá đất</w:t>
            </w:r>
          </w:p>
        </w:tc>
      </w:tr>
      <w:tr>
        <w:trPr/>
        <w:tc>
          <w:tcPr>
            <w:tcW w:w="39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17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Từ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Đến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1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2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3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4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5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Bế Văn Đàn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 nối dài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9,266,400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7,722,000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3,861,000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Bửu Đóa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2,745,600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Cao Thắng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Đức Cảnh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Trường Sa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Cao Xuân Huy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 nối dài (khu công vụ)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3,432,000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Châu Văn Liêm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Đức Cảnh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2,574,000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Chế Lan Viên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Phước Long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Tân Phước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2,059,200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Cù Chính Lan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 nối dài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9,266,400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7,722,000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3,861,000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Dương Văn An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7B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Lương Thế Vinh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2,574,000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Đặng Dung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Bửu Đóa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2,574,000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Đại lộ Nguyễn Tất Thành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Bình Tân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23,166,000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13,899,600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11,583,000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5,791,500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3,088,800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Đinh Lễ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Phùng Hưng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2,574,000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Đinh Liệt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Phùng Hưng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2,574,000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Đông Hồ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Chợ Phước Hải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2,745,600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14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Đông Phước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Phước Long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Võ Thị Sáu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2,059,200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Đồng Nai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4A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Châu Văn Liêm (bê tông 5m)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2,059,200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4B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Phùng Hưng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2,059,200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18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2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Châu Văn Liêm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2,574,000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19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6C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Đến thửa đất số 73 tờ bản đồ số 36 địa bàn Phước Long cũ (bê tông 6m)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2,574,000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Dương Quảng Hàm (Đường 7B cũ)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Phùng Hưng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Tri Phương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21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Phòng Không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Phùng Hưng (đoạn từ Lê Hồng Phong đến thửa đất số 4 tờ bản đồ số 25 địa bàn Phước Long cũ)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số 71 - nhà ông Thành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2,574,000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22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Khu B Chung cư Lê Hồng Phong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Tố Hữu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Khanh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9,266,400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7,722,000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3,861,000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23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Hậu Giang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Đồng Nai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24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Hương Điền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Đồng Nai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Đến hết nhà số 24 Hương Điền của bà Không Thị Loan thửa 223 mảnh 6 tờ BĐĐC 20 Phước Hải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2,059,200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Huỳnh Tịnh Của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Cao Thắng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Lý Nam Đế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26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Khúc Thừa Dụ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27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23/10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Phong Châu-Nhị Hà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47,371,500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Phong Châu-Nhị Hà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Phước Long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3,432,000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Văn Tám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Trương Hán Siêu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2,574,000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Trương Hán Siêu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Bửu Đóa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2,059,200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29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Lương Thế Vinh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Dã Tượng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Khúc Thừa Dụ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9,266,400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7,722,000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3,861,000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30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Lý Nam Đế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Trương Hán Siêu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Trường Sa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18,018,000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10,810,800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9,009,000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31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Ngô Mây (đường A)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Đức Cảnh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Dã Tượng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13,728,000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8,236,800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6,864,000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3,432,000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32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Ngô Tất Tố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Khúc Thừa Dụ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Đức Cảnh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2,574,000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33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Cảnh Chân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Đồng Nai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5,791,500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4,826,250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2,316,600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34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Cao Luyện (đường 9A cũ)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Lý Nam Đế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Cao Thắng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35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Khanh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Đồng Nai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2,745,600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Đức Cảnh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3,432,000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37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 (đường số 15 cũ)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Hoàng Diệu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Trương Hán Siêu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3,432,000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Trương Hán Siêu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13,728,000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8,236,800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6,864,000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3,432,000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 nối dài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Cao Xuân Huy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Cù Chính Lan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2,745,600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39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Tri Phương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Dã Tượng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3,432,000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40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Bảy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Khu nhà công vụ quân đội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9,266,400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7,722,000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3,861,000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Viết Xuân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 nối dài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9,266,400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7,722,000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3,861,000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Phan Như Cẩn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 nối dài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13,728,000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8,236,800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6,864,000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3,432,000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43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Phong Châu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Phong Châu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33,160,050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14,414,400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12,012,000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6,006,000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44</w:t>
            </w:r>
          </w:p>
        </w:tc>
        <w:tc>
          <w:tcPr>
            <w:tcW w:w="2478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Đoạn đường gom 2 bên cầu Phong Châu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45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Phước Long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Võ Thị Sáu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Xí nghiệp Đóng Tàu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13,728,000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8,236,800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6,864,000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3,432,000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46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Phùng Hưng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Thửa đất số 4 tờ bản đồ số 25 địa bàn Phước Long cũ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2,574,000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Dương Văn An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2,574,000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Tản Đà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Lý Nam Đế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48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Tân An (địa bàn Phước Hài cũ)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Lạc An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2,059,200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49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Tiền Giang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Đồng Nai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2,745,600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50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Tố Hữu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Đồng Nai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3,432,000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Đồng Nai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Đầu cầu sông Quán Trường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3,432,000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51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Trương Hán Siêu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Thị Định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9,266,400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7,722,000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3,861,000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52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Trương Vĩnh Ký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Cao Thắng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Lý Nam Đế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53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Trường Sa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Võ Thị Sáu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Phước Long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23,166,000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13,899,600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11,583,000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5,791,500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3,088,800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Trường Sơn</w:t>
            </w:r>
          </w:p>
        </w:tc>
        <w:tc>
          <w:tcPr>
            <w:tcW w:w="10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Phước Long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Cuối đường (giáp địa bàn Vĩnh Nguyên cũ)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13,728,000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8,236,800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6,864,000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3,432,000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55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Võ Thị Sáu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Phước Long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Hết Nhà số 43 (hết thửa đất số 545, thửa số 174 tờ bản đồ 30 địa bàn Vĩnh Trường cũ)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2,745,600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Hết Nhà số 43 (hết thửa đất số 545, thửa số 174, tờ bản đồ số 30 địa bàn Vĩnh Trường cũ)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đường vòng núi Chụt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13,728,000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8,236,800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6,864,000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3,432,000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56</w:t>
            </w:r>
          </w:p>
        </w:tc>
        <w:tc>
          <w:tcPr>
            <w:tcW w:w="2478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đô thị mới Phước Long (bao gồm khu tái định cư)</w:t>
            </w:r>
          </w:p>
        </w:tc>
        <w:tc>
          <w:tcPr>
            <w:tcW w:w="9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Vũ Xuân Thiều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Hồng Phong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Khu nhà công vụ quân đội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13,728,000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8,236,800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6,864,000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3,432,000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28m trở lên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Thị Chi</w:t>
            </w:r>
            <w:r>
              <w:rPr>
                <w:rFonts w:ascii="Arial;sans-serif" w:hAnsi="Arial;sans-serif"/>
                <w:sz w:val="20"/>
              </w:rPr>
              <w:t>ê</w:t>
            </w:r>
            <w:r>
              <w:rPr>
                <w:rFonts w:ascii="Arial;sans-serif" w:hAnsi="Arial;sans-serif"/>
                <w:sz w:val="20"/>
                <w:lang w:val="vi-VN"/>
              </w:rPr>
              <w:t>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6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Đông Giang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436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20m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18,018,000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10,810,800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9,009,000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436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18,5m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13,728,000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8,236,800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6,864,000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3,432,000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436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16m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12,012,000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7,207,200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6,006,000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Vương Thừa Vũ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Như Hưng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Văn Kiệt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12,012,000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7,207,200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6,006,000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436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12m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Thiết Hùng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W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Đông Giang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Tử Bình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Đặng Thị Kim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Đông Giang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Mai Thanh Thế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Hà Văn Lâu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Tô Thị Huỳnh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33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34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Vũ Bão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6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Đông Giang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Đình Giong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Thích Quảng Đức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Văn Kiệt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Đông Giang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Cao Vân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31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Kha Vạng Cân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Đặng Thị Kim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Văn Kiệt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436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10m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5,791,500</w:t>
            </w:r>
          </w:p>
        </w:tc>
        <w:tc>
          <w:tcPr>
            <w:tcW w:w="1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4,826,250</w:t>
            </w:r>
          </w:p>
        </w:tc>
        <w:tc>
          <w:tcPr>
            <w:tcW w:w="89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  <w:tc>
          <w:tcPr>
            <w:tcW w:w="8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Hà Văn Lâu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E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Đông Giang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5,791,500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4,826,250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Cừ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Cao Vân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Vương Thừa Vũ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5,791,500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4,826,250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</w:rPr>
              <w:t>Đ</w:t>
            </w:r>
            <w:r>
              <w:rPr>
                <w:rFonts w:ascii="Arial;sans-serif" w:hAnsi="Arial;sans-serif"/>
                <w:sz w:val="20"/>
                <w:lang w:val="vi-VN"/>
              </w:rPr>
              <w:t>ường Hoàng Ngân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Cao Vân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Vương Thừa Vũ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5,791,500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4,826,250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Trương Công Man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Hà Văn Lâu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5,791,500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4,826,250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Vũ Phi Trừ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Kha Vạng Cân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Đình Giong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5,791,500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4,826,250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Cao Văn Ngọc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Dự án nhà xã hội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Đình Giong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5,791,500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4,826,250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Kpa Kơ Long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Dự án nhà xã hội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Đình Giong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5,791,500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4,826,250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2,702,700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9m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Như Hưng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Vương Thừa Vũ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Thích Quảng Đức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Đan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Như Hưng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dân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Lâm Uý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Thích Quảng Đức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35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Văn Đừng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33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34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Lương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Khanh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Tố Hữu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57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QH dân cư hai bên đường </w:t>
            </w:r>
            <w:r>
              <w:rPr>
                <w:rFonts w:ascii="Arial;sans-serif" w:hAnsi="Arial;sans-serif"/>
                <w:b/>
                <w:sz w:val="20"/>
              </w:rPr>
              <w:t>P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hong Châu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trên 13m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10m đến 13m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2,402,400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58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dân cư Phú Quý (An Viên)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20m trở lên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Văn Giàu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Phú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Đặng Vũ Hỷ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Xuân Nguyên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Đức Thảo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8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Đức Thảo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1G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Xuân Nguyên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Đặng Vũ Hỷ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Văn Giàu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8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trên 13m đến dưới 20m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Vũ Tuyên Hoàng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Đức Thảo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Vũ Công H</w:t>
            </w:r>
            <w:r>
              <w:rPr>
                <w:rFonts w:ascii="Arial;sans-serif" w:hAnsi="Arial;sans-serif"/>
                <w:sz w:val="20"/>
              </w:rPr>
              <w:t>òe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Đỗ Tất Lợi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Xuân Nguyên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Đặng Vũ Hỷ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Đào Thế Tuấn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Đức Thảo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Văn Giàu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Bùi Danh Lưu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Đình Kỵ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Xuân Nguyên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Nghiêm Thẩm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Đình Kỵ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Xuân Nguyên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Phạm Gia Triệu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Đào Thế Tuấn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Lê Đ</w:t>
            </w:r>
            <w:r>
              <w:rPr>
                <w:rFonts w:ascii="Arial;sans-serif" w:hAnsi="Arial;sans-serif"/>
                <w:sz w:val="20"/>
              </w:rPr>
              <w:t>ì</w:t>
            </w:r>
            <w:r>
              <w:rPr>
                <w:rFonts w:ascii="Arial;sans-serif" w:hAnsi="Arial;sans-serif"/>
                <w:sz w:val="20"/>
                <w:lang w:val="vi-VN"/>
              </w:rPr>
              <w:t>nh Kỵ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Châu Ký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Đào Thế Tuấn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Đình Kỵ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Hồ Đắc Điềm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Đào Thế Tuấn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8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Lê Đ</w:t>
            </w:r>
            <w:r>
              <w:rPr>
                <w:rFonts w:ascii="Arial;sans-serif" w:hAnsi="Arial;sans-serif"/>
                <w:sz w:val="20"/>
              </w:rPr>
              <w:t>ì</w:t>
            </w:r>
            <w:r>
              <w:rPr>
                <w:rFonts w:ascii="Arial;sans-serif" w:hAnsi="Arial;sans-serif"/>
                <w:sz w:val="20"/>
                <w:lang w:val="vi-VN"/>
              </w:rPr>
              <w:t>nh Kỵ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Đức Thảo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Đặng Vũ Hỷ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Vũ Công Hòe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Vũ Tuyên Hoàng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Xuân Nguyên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Hồ Đắc Di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Đức Thảo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Đặng Vũ Hỷ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10m đến 13m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7,722,000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3,603,600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Phạm Biểu Tâm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Đào Thế Tuấn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Hồ Đắc Di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7,722,000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3,603,600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Đoàn Huyên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Đình Kỵ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9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7,722,000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3,603,600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Đặng Xuân Kỳ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Đình Kỵ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9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7,722,000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3,603,600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Đỗ Nguyên Phương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Xuân Nguyên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Văn Giàu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7,722,000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3,603,600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Trí Viễn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Đào Thế Tuấn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Hồ Đắc Di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7,722,000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3,603,600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Thái Văn Trừng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Xuân Nguyên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8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7,722,000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3,603,600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59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biệt thự cao cấp Ocean View Nha Trang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10m đến 13m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60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quy hoạch dân cư Vĩnh Trường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16 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12,012,000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7,207,200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6,006,000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10m - đến 13m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61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đô thị An Bình Tân, địa bàn Phước Long cũ (bao gồm khu tái định cư)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trên 27m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27m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18,018,000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10,810,800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9,009,000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20,5m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9,266,400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7,722,000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3,861,000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13m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62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đô thị VCN Phước Hải, địa bàn Phước Hải cũ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A4 (QH 22,5m)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QH trên 13 m đến 20m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Văn Tiến Dũng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Tố Hữu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B1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Bùi Thiện Ngộ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Thích Quảng Đức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Văn Kiệt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QH từ 10 m đến 13m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Song Hào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A6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Văn Kiệt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Phùng Thế Tài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Tố Hữu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Phong Châu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Bùi Phùng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A6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Văn Kiệt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Vũ Lăng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B7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Phong Châu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Hiến Mai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B5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Bùi Phùng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Tạ Xuân Thu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Vũ Lăng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Đỗ Mạnh Đạo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Thới Bưng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V</w:t>
            </w:r>
            <w:r>
              <w:rPr>
                <w:rFonts w:ascii="Arial;sans-serif" w:hAnsi="Arial;sans-serif"/>
                <w:sz w:val="20"/>
              </w:rPr>
              <w:t>ă</w:t>
            </w:r>
            <w:r>
              <w:rPr>
                <w:rFonts w:ascii="Arial;sans-serif" w:hAnsi="Arial;sans-serif"/>
                <w:sz w:val="20"/>
                <w:lang w:val="vi-VN"/>
              </w:rPr>
              <w:t>n Tiến Dũng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Võ V</w:t>
            </w:r>
            <w:r>
              <w:rPr>
                <w:rFonts w:ascii="Arial;sans-serif" w:hAnsi="Arial;sans-serif"/>
                <w:sz w:val="20"/>
              </w:rPr>
              <w:t>ă</w:t>
            </w:r>
            <w:r>
              <w:rPr>
                <w:rFonts w:ascii="Arial;sans-serif" w:hAnsi="Arial;sans-serif"/>
                <w:sz w:val="20"/>
                <w:lang w:val="vi-VN"/>
              </w:rPr>
              <w:t>n Kiệt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Trọng Xuyên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Tạ Xuân Thu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Bùi Phùng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Đỗ Mạnh Đạo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Bùi Thiện Ngộ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Bùi Phùng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Đăng Huệ (9,5m)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Vũ Lăng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Bùi Phùng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QH 8m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5,791,500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4,826,250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3,861,000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Tống Văn Quang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Phùng Thế Tài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Phùng Thế Tài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5,791,500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4,826,250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3,861,000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đường nội bộ rộng 5m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63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đô thị mới Lê Hồng Phong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</w:rPr>
              <w:t>I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(bao gồm khu tái định cư)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35m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20m đến 22,5m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15m đến dưới 20m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10m đến dưới 15m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4,804,800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Thanh Tịnh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2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15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4,804,800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Vũ Ngọc Phan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18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15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4,804,800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Anh Đức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2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18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4,804,800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Dương Thị Xuân Quý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26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Văn Kiệt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4,804,800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Phan Kế Bính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27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18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4,804,800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64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đô thị mới Lê Hồng Phong II (bao gồm khu tái định cư)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20m đến 22,5m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trên 13m đến dưới 20m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trên 10m đến 13m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4,804,800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10 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đô thị Hoàng Long (bao gồm khu tái định cư)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26m đến 30 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20m đến 22,5m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trên 14m đến dưới 20m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14m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12m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66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cư S1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10,5m đến 15,5m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3,861,000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3,217,500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1,801,800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67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đô thị VCN-Phước Long (bao gồm khu tái định cư)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35m trở lên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Văn Hưởng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Hồng Phong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Văn Kiệt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số 4 rộng từ 18,5m đến 22,5m (đoạn đi qua dự án này)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23,166,000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13,899,600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11,583,000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5,791,500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16m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11,5m đến dưới 16m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Đặng Văn Chung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12 (Khu đô thị mới Lê Hồng Phong 1)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24B (Khu đô thị Hoàng Long)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Lương Sỹ Cần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Văn Hưởng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C1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Phạm Song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Thích Quảng Đức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23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Văn Nhân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Phạm Song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23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10m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Thiện Thành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A3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A3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Phạm Thị Hào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dân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Cao Vân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Thị Được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dân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Cao Vân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8m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13,942,500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8,365,500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6,971,250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3,903,900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Thị Hoàn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F3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F1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13,942,500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8,365,500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6,971,250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3,903,900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Thị Ơn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F3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F1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13,942,500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8,365,500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6,971,250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3,903,900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Phan Thị Giỏi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F4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F5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13,942,500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8,365,500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6,971,250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3,903,900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68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đô thị VCN-Phước Long II (bao gồm cả khu tái định cư)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30m trở lên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25,740,000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15,444,000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12,870,000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20m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23,166,000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13,899,600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11,583,000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5,791,500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15m-16m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20,592,000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12,355,200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5,148,000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13m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4,804,800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12m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Hồ Thị Côi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dân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Cao Vân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16,087,500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9,652,500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8,043,750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4,504,500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69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</w:t>
            </w:r>
            <w:r>
              <w:rPr>
                <w:rFonts w:ascii="Arial;sans-serif" w:hAnsi="Arial;sans-serif"/>
                <w:b/>
                <w:sz w:val="20"/>
              </w:rPr>
              <w:t>ư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- số 1 địa bàn Phước Hải cũ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17m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12m đến 13m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70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cư số 2 địa bàn Phước Hải cũ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17m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17,160,000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10,296,000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8,580,000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4,290,000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từ 12m đến 13m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10,725,000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6,435,000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5,362,500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3,003,000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71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dân cư Đất Lành (địa bàn Vĩnh Thái cũ)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trên 13m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2,722,500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1,524,600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10m đến 13m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4,900,500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2,450,250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1,372,140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72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làng biệt sinh thái Giáng Hương (địa bàn Vĩnh Thái cũ)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16m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2,722,500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1,524,600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13m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4,900,500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2,450,250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1,372,140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73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đô thị Mỹ Gia (địa bàn Vĩnh Thái cũ)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27m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17,424,000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10,454,400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8,712,000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Vũ Lập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A1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Phong Châu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17,424,000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10,454,400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8,712,000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Phạm Kiệt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Võ Nguyên Giáp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Phong Châu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17,424,000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10,454,400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8,712,000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18m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11,616,000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6,969,600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5,808,000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2,904,000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Gia Đỉnh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A1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A4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11,616,000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6,969,600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5,808,000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2,904,000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Chu Cẩm Phong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A2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A4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11,616,000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6,969,600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5,808,000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2,904,000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Sâm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A1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A4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11,616,000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6,969,600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5,808,000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2,904,000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16m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Quang Hoà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Dương Minh Châu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4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Lê Kha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Chu Cẩm Phong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4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Bùi Ngọc Dương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Lê Kha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Quang Hoà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Chơn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Lê Kha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Quang Hoà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Dương Văn Nội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Sâm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Gia Đỉnh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Quốc Trị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Bùi Ngọc Dương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12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Phạm Văn Hai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A1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35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Kim Giao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22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12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Dương Minh Châu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Chu Cẩm Phong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Vũ Lập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Lương Văn Tụy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Chu Cẩm Phong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8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Văn Đang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A6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A32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Phan Hoan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A6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A32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Tạ Thị Kiều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Lê Kha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Quốc Trị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Bùi Quang Thuận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B14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Lê Gia Đỉnh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7m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3,049,200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1,996,500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Phạm Thùy Trâm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Vũ Lập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20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3,049,200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1,996,500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Phạm Đình Thiện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Chu Cẩm Phong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8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3,049,200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1,996,500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74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cư Vĩnh Trung - Vĩnh Thái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QH 30m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11,979,000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QH 20m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10,946,100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QH 16m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9,094,800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QH 14m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9,006,800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QH 13m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9,006,800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QH 8m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7,655,780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75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dân cư Hòn Rớ 1 (Xã Phước Đồng)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Bạch Thái Bưởi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Tôn Đức Thắng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Bùi Xuân Phái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Hữu Thọ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Hoàng Quốc Việt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Cao Minh Phi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4,900,500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2,450,250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1,960,200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Đặng Thai Mai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Tất Thành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Trỗi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Đào Duy Anh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Tôn Đức Thắng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Tôn Đức Thắng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Đô Đốc Bảo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Cao Minh Phi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4,900,500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2,450,250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1,960,200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Đô Đốc Lộc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Cao Minh Phi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4,900,500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2,450,250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1,960,200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Đô Đốc Long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Đô Đốc Tuyết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4,900,500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2,450,250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1,960,200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Đô Đốc Tuyết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Cao Minh Phi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4,900,500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2,450,250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1,960,200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Hàm Tử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Tôn Đức Thắng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Hoàng Quốc Việt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Tôn Đức Thắng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Hoàng Văn Thái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Hữu Thọ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Hoàng Quốc Việt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Huỳnh Tấn Phát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Hữu Thọ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Hoàng Quốc Việt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Như Hổ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Tôn Đức Thắng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Quang Định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Khu DV nghề cá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Văn Hưu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Tất Thành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Tất Thành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Lưu Hữu Phước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Tôn Đức Thắng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Đào Duy Anh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Nam Yết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Tất Thành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Đặng Thai Mai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Ngọc Hân C.Chúa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Trần Tế Xương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Văn Hưu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Hữu Thọ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Hoàng Quốc Việt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Sơn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Hữu Thọ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Hoàng Quốc Việt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Thái Bình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Tôn Đức Thắng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Tất Thành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Xí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14,520,000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8,712,000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Hàm T</w:t>
            </w:r>
            <w:r>
              <w:rPr>
                <w:rFonts w:ascii="Arial;sans-serif" w:hAnsi="Arial;sans-serif"/>
                <w:sz w:val="20"/>
              </w:rPr>
              <w:t>ử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Cao Minh Phi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11,616,000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6,969,600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5,808,000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2,904,000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Trỗi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Đặng Thai Mai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Tôn Đức Thắng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Tôn Đức Thắng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Xí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Tôn Đức Thắng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Phan Đăng Lưu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Nguyễn X</w:t>
            </w:r>
            <w:r>
              <w:rPr>
                <w:rFonts w:ascii="Arial;sans-serif" w:hAnsi="Arial;sans-serif"/>
                <w:sz w:val="20"/>
              </w:rPr>
              <w:t>í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Hàm Tử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2,032,800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Phan Huy Ích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Thái Bình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Trỗi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Sinh Tồn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Văn Hưu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Tất Thành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Sơn Ca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Song Tử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Nam Yết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Song T</w:t>
            </w:r>
            <w:r>
              <w:rPr>
                <w:rFonts w:ascii="Arial;sans-serif" w:hAnsi="Arial;sans-serif"/>
                <w:sz w:val="20"/>
              </w:rPr>
              <w:t>ử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Tất Thành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Đặng Thai Mai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Tôn Đức Thắng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Tất Thành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Bạch Thái Bư</w:t>
            </w:r>
            <w:r>
              <w:rPr>
                <w:rFonts w:ascii="Arial;sans-serif" w:hAnsi="Arial;sans-serif"/>
                <w:sz w:val="20"/>
              </w:rPr>
              <w:t>ở</w:t>
            </w:r>
            <w:r>
              <w:rPr>
                <w:rFonts w:ascii="Arial;sans-serif" w:hAnsi="Arial;sans-serif"/>
                <w:sz w:val="20"/>
                <w:lang w:val="vi-VN"/>
              </w:rPr>
              <w:t>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14,520,000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8,712,000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7,260,000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3,630,000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Bạch Thái Bư</w:t>
            </w:r>
            <w:r>
              <w:rPr>
                <w:rFonts w:ascii="Arial;sans-serif" w:hAnsi="Arial;sans-serif"/>
                <w:sz w:val="20"/>
              </w:rPr>
              <w:t>ở</w:t>
            </w:r>
            <w:r>
              <w:rPr>
                <w:rFonts w:ascii="Arial;sans-serif" w:hAnsi="Arial;sans-serif"/>
                <w:sz w:val="20"/>
                <w:lang w:val="vi-VN"/>
              </w:rPr>
              <w:t>i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Hàm Tử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11,616,000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6,969,600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5,808,000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2,904,000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Trần Tế Xương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Lê Văn Hưu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Đặng Thai Mai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Võ Văn Tần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Văn Linh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Tôn Đức Thắng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9,075,000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2,541,000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cư Hòn Rớ (thuộc khu dân cư Hòn Rớ 1) (địa bàn Phước Đồng cũ)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10m đến 13m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2,613,600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2,178,000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1,742,400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77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cư Hòn Rớ 2 (địa bàn Phước Đồng cũ)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lô tiếp giáp đường Nguyễn Tất Thành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809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Áp theo giá đất đường Nguyễn Tất Thành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17,5m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4,719,000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2,831,400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2,359,500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1,321,320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13,5m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2,722,500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2,268,750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1,270,500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10 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3,811,500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2,286,900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1,905,750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1,524,600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cư Sông Lô (địa bàn Phước Đồng cũ)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16m trở lên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4,537,500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2,722,500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2,268,750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1,270,500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13m đến dưới 16m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3,539,250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2,123,550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1,769,625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1,415,700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từ 10m đến dưới 13m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1,960,200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79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cư Phước Hạ (địa bàn Phước Đồng cũ)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20m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5,863,000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3,517,800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2,931,500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1,641,640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Quy hoạch rộng 13m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4,456,100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2,673,660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2,228,050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1,782,440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80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cư địa bàn Vĩnh Thái cũ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QH 13m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8,918,800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5,351,280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4,459,400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2,497,264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Biệt thự Nha Trang -Seapark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478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QH từ 8 đến 8,7 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8,918,800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5,351,280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4,459,400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2,497,264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82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Đại lộ Nguyễn Tất Thành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Nam cầu Bình Tân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Hết Khu dân cư Hòn Rớ 1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7,761,600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3,880,800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2,328,480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Tiếp theo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Nhánh rẽ đường vào thôn Phước Trung (nay là thôn Phước Thủy)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6,098,400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3,049,200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1,829,520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nhánh rẽ đường vào thôn Phước Trung (nay là thôn Phước Thủy)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vào Trại giam Công an tỉnh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4,989,600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2,494,800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1,496,880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đường vào Trại giam Công an tỉnh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Ngã ba Chợ Chiều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4,435,200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2,217,600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1,330,560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ba Chợ Chiều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H</w:t>
            </w:r>
            <w:r>
              <w:rPr>
                <w:rFonts w:ascii="Arial;sans-serif" w:hAnsi="Arial;sans-serif"/>
                <w:sz w:val="20"/>
              </w:rPr>
              <w:t>ế</w:t>
            </w:r>
            <w:r>
              <w:rPr>
                <w:rFonts w:ascii="Arial;sans-serif" w:hAnsi="Arial;sans-serif"/>
                <w:sz w:val="20"/>
                <w:lang w:val="vi-VN"/>
              </w:rPr>
              <w:t>t Khu Du lịch giải trí Sông Lô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4,989,600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2,494,800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1,496,880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sau khu du lịch giải trí Sông Lô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xã Cam Hải Đông cũ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2,494,800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1,247,400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748,440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83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Sâm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đường Tỉnh lộ (UBND xã) (thửa 182 tờ bản đồ số 20)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Hết Công ty TNHH Long Thủy (thửa 252 tờ bản đồ số 22)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3,920,400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1,960,200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84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Hoàng Minh Thảo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sau Công ty TNHH Long Thủy (thửa 252 tờ bản đồ số 22)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máy Ponaga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85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sau Công ty TNHH Long Thủy (thửa 252 tờ bản đồ số 22)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ba đi hồ Kênh Hạ (thửa 13 tờ bản đồ số 17 Đào Xuân Tro)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1,470,150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980,100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86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H</w:t>
            </w:r>
            <w:r>
              <w:rPr>
                <w:rFonts w:ascii="Arial;sans-serif" w:hAnsi="Arial;sans-serif"/>
                <w:sz w:val="20"/>
              </w:rPr>
              <w:t>ẻ</w:t>
            </w:r>
            <w:r>
              <w:rPr>
                <w:rFonts w:ascii="Arial;sans-serif" w:hAnsi="Arial;sans-serif"/>
                <w:sz w:val="20"/>
                <w:lang w:val="vi-VN"/>
              </w:rPr>
              <w:t>m nối đường Trần Sâm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Đồng Bò (chưa có tên)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2,613,600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871,200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87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Thái Khang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37 (quy hoạch)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3 cầu Phước Toàn (Đường số 8 quy hoạch)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4,900,500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2,450,250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1,225,125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88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Phước Trung 1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Lư Giang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02 nhánh rẽ đường Lư Giang về đường Tỉnh lộ 3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3,920,400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1,960,200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89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Tỉnh lộ (đường </w:t>
            </w:r>
            <w:r>
              <w:rPr>
                <w:rFonts w:ascii="Arial;sans-serif" w:hAnsi="Arial;sans-serif"/>
                <w:sz w:val="20"/>
              </w:rPr>
              <w:t>Ủy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Ban xã)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2 nhánh đại lộ Nguyễn Tất Thành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vào kênh hạng 1 (thửa 03 tờ 19 Lê Lâm Hải Âu)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2,722,500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1,361,250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đường vào kênh hạng I (thửa 03 tờ 19)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Đầu đường ra cầu Bến Điệp (thửa 137 tờ 9 Nguyễn Kiện)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4,900,500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2,450,250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1,225,125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đầu đường ra cầu B</w:t>
            </w:r>
            <w:r>
              <w:rPr>
                <w:rFonts w:ascii="Arial;sans-serif" w:hAnsi="Arial;sans-serif"/>
                <w:sz w:val="20"/>
              </w:rPr>
              <w:t>ế</w:t>
            </w:r>
            <w:r>
              <w:rPr>
                <w:rFonts w:ascii="Arial;sans-serif" w:hAnsi="Arial;sans-serif"/>
                <w:sz w:val="20"/>
                <w:lang w:val="vi-VN"/>
              </w:rPr>
              <w:t>n Điệp (thửa 137 tờ 9 Nguyễn Kiện)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tư Phước Thượng (thửa 208 tờ 3 Phạm Ngọc Năng)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2,178,000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90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Đỗ Xuân Hợp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đại lộ Nguyễn Tất Thành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đường vào nhà máy Ponaga (thửa 50 tờ 28 Nguyễn Thị Trung)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đường Đỗ Xuân Hợp (đoạn đường vào nhà máy Ponaga)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Tràn suối phi châu Phước Lộc (thửa 139 tờ 33 Trần Văn Trực)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1,470,150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980,100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tràn suối phi châu Phước Lộc (thửa 210 tờ 33)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đầu đường Trần Đăng Ninh (đoạn giao với đại lộ Nguyễn Tất Thành)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2,613,600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871,200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91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Đồng Bò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Tỉnh lộ 3 giáp UBND xã (thửa 103 tờ 23)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Nguyễn Thị Hóa (Thửa 50 tờ 27)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1,470,150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980,100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đường vào nhà máy Ponaga (thửa 81 tờ 28 Nguyễn Văn Thanh)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Khu du lịch Trăm Trứng (thửa 83 tờ 27 Vũ Thanh Th</w:t>
            </w:r>
            <w:r>
              <w:rPr>
                <w:rFonts w:ascii="Arial;sans-serif" w:hAnsi="Arial;sans-serif"/>
                <w:sz w:val="20"/>
              </w:rPr>
              <w:t>ả</w:t>
            </w:r>
            <w:r>
              <w:rPr>
                <w:rFonts w:ascii="Arial;sans-serif" w:hAnsi="Arial;sans-serif"/>
                <w:sz w:val="20"/>
                <w:lang w:val="vi-VN"/>
              </w:rPr>
              <w:t>o)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1,470,150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980,100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Hai nhánh giáp khu du lịch Trăm Trứng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Suối Khô (thửa 9 tờ 33 Nguyễn Kh</w:t>
            </w:r>
            <w:r>
              <w:rPr>
                <w:rFonts w:ascii="Arial;sans-serif" w:hAnsi="Arial;sans-serif"/>
                <w:sz w:val="20"/>
              </w:rPr>
              <w:t>ắ</w:t>
            </w:r>
            <w:r>
              <w:rPr>
                <w:rFonts w:ascii="Arial;sans-serif" w:hAnsi="Arial;sans-serif"/>
                <w:sz w:val="20"/>
                <w:lang w:val="vi-VN"/>
              </w:rPr>
              <w:t>c Rường)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2,613,600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871,200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đại lộ Nguyễn Tất Thành (nhà ông Nguyễn Văn Thường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Th</w:t>
            </w:r>
            <w:r>
              <w:rPr>
                <w:rFonts w:ascii="Arial;sans-serif" w:hAnsi="Arial;sans-serif"/>
                <w:sz w:val="20"/>
              </w:rPr>
              <w:t>ử</w:t>
            </w:r>
            <w:r>
              <w:rPr>
                <w:rFonts w:ascii="Arial;sans-serif" w:hAnsi="Arial;sans-serif"/>
                <w:sz w:val="20"/>
                <w:lang w:val="vi-VN"/>
              </w:rPr>
              <w:t>a 7 tờ 34) Thửa 07 tờ 38 (Nguyễn Thị Hường)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2,613,600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871,200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92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thôn Phước Thượng và Phước Sơn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Phong Châu (đoạn giáp xã Vĩnh Thái)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ngã tư Phước Thượng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1,470,150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980,100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Phong Châu (đoạn giáp xã Vĩnh Thái)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ranh xã Suối Cát huyện Cam Lâm (cũ)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1,470,150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980,100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Nhánh rẽ của đường thôn Phước Thượng và Phước Sơn: Từ giáp đường thôn Phước Thượng và Phước Sơn (đường Trảng É cũ) (thửa 68 tờ 2 Nguyễn Thị Thảo)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suối (thửa 65 tờ 7 Nguyễn Xuân Sơn)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2,613,600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871,200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Tô Ký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cầu Phước Điền (thửa 201 tờ 18 Nguyễn Thị Dung)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Giáp đất nhà ông Lưu V</w:t>
            </w:r>
            <w:r>
              <w:rPr>
                <w:rFonts w:ascii="Arial;sans-serif" w:hAnsi="Arial;sans-serif"/>
                <w:sz w:val="20"/>
              </w:rPr>
              <w:t>ă</w:t>
            </w:r>
            <w:r>
              <w:rPr>
                <w:rFonts w:ascii="Arial;sans-serif" w:hAnsi="Arial;sans-serif"/>
                <w:sz w:val="20"/>
                <w:lang w:val="vi-VN"/>
              </w:rPr>
              <w:t>n Hự (thửa 660 tờ 10)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94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Phước Sơn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giáp đường thôn Phước Thượng và Phước Sơn (đường Trảng É cũ) (thửa 59 tờ 14 Nguyễn Anh Hào)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Thửa 24 tờ 15 Phan Hữu Chính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2,613,600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871,200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95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Nam Trung (Đường vào hồ kênh Hạ cũ)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Tỉnh lộ 3 (thửa 07 tờ 19 Lê Lâm Hải Âu)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Hồ Kênh Hạ 1 (thửa 9 tờ 17 Hồ Ngọc Minh)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1,470,150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980,100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96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La Văn Cầu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tỉnh lộ 3 (thửa 342 tờ 23 Nguyễn Văn Đức)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Thửa 08 tờ 28 Nguyễn Văn Thiết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97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An Lạc (Đường vào nghĩa trang Phước Đồng cũ)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tư Phước Thượng (thửa 257 tờ 3 Huỳnh Xuân Long)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Thửa 356 tờ 03 Ban quản lý nghĩa trang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2,613,600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871,200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Phước Lợi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Đại lộ Nguyễn Tất Thành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Thửa 49, tờ bản đồ 35, địa bàn Phước Đồng cũ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2,613,600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871,200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99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Nguyễn Khắc Diện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Đại lộ Nguyễn Tất Thành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Trại tạm giam (Công an T</w:t>
            </w:r>
            <w:r>
              <w:rPr>
                <w:rFonts w:ascii="Arial;sans-serif" w:hAnsi="Arial;sans-serif"/>
                <w:sz w:val="20"/>
              </w:rPr>
              <w:t>ỉ</w:t>
            </w:r>
            <w:r>
              <w:rPr>
                <w:rFonts w:ascii="Arial;sans-serif" w:hAnsi="Arial;sans-serif"/>
                <w:sz w:val="20"/>
                <w:lang w:val="vi-VN"/>
              </w:rPr>
              <w:t>nh)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100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Phước Điền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đường Phước Bình (ngõ ông Khao)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tỉnh lộ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3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2,613,600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871,200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đường Tỉnh lộ 3 (thửa 162 tờ 9 Nguyễn Hữu Sắc)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Thửa 54 tờ 10 Nhà bà Phạm Thị Hay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2,286,900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1,143,450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762,300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101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đường còn lại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816,750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Địa bàn xã Vĩnh Thái cũ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102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Vĩnh Thái - Vĩnh Hiệp</w:t>
            </w:r>
          </w:p>
        </w:tc>
        <w:tc>
          <w:tcPr>
            <w:tcW w:w="2019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cầu Dài (Nhà ông Hồ Đắc Đệ, thửa số 99 tờ bản đồ 01) cầu Thủy Tú (Nhà bà Nguyễn Thị Quý, thửa số 532, tờ bản đồ 04)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6,534,000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019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Thủy Tú (Sau Nhà bà Nguyễn Thị Quý, thửa số 532, tờ bản đồ 04) Ngã ba đèo Dốc Mít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2,722,500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1,361,250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103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Vĩnh Thái - Vĩnh Trung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ngã 4 trường ti</w:t>
            </w:r>
            <w:r>
              <w:rPr>
                <w:rFonts w:ascii="Arial;sans-serif" w:hAnsi="Arial;sans-serif"/>
                <w:sz w:val="20"/>
              </w:rPr>
              <w:t>ể</w:t>
            </w:r>
            <w:r>
              <w:rPr>
                <w:rFonts w:ascii="Arial;sans-serif" w:hAnsi="Arial;sans-serif"/>
                <w:sz w:val="20"/>
                <w:lang w:val="vi-VN"/>
              </w:rPr>
              <w:t>u học Vĩnh Thái (thửa số 287 tờ bản đồ 01)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Khum (thửa 317, tờ bản đồ 01)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2,722,500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1,361,250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104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Hóc Sinh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đường Liên xã Vĩnh Thái- Vĩnh Hiệp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Cuối đường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2,613,600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871,200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105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kho đội 4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4 trường tiểu học Vĩnh Thái (thửa số 287 tờ bản đồ 01)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Hồ Ngọc Hài (thửa 178 tờ bản đồ 02)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5,445,000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2,722,500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1,361,250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sau nhà ông Hồ Ngọc Hải (thửa 178 tờ bản đồ 02)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Ngô Thiết (thửa số 289 tờ bản đồ 02)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4,900,500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2,450,250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1,225,125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Đoạn sau nhà Ngô Thiết (thửa số 289 tờ bản đồ 02)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Khu đô thị Mỹ Gia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4,356,000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2,178,000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106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đi Gò Đập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Vĩnh Thái-Vĩnh Hiệp (thửa 108 tờ bản đồ 01)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Nghĩa trang Gò Dập (thửa 21 tờ bản đồ 01)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2,613,600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871,200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107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đi nghĩa trang Phước Đồng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đường Phong Châu (đập 19/5) (Nhà ông Đặng Bảy, thửa 341 tờ bản đồ 03)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3 đường liên xã Vĩnh Thái - Vĩnh Hiệp (Ngã ba đèo Dốc Mít)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6,534,000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Tiếp theo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Khu dân cư Đất Lành (khu 25 ha)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4,900,500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2,450,250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1,225,125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108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quanh Núi </w:t>
            </w:r>
            <w:r>
              <w:rPr>
                <w:rFonts w:ascii="Arial;sans-serif" w:hAnsi="Arial;sans-serif"/>
                <w:sz w:val="20"/>
              </w:rPr>
              <w:t>C</w:t>
            </w:r>
            <w:r>
              <w:rPr>
                <w:rFonts w:ascii="Arial;sans-serif" w:hAnsi="Arial;sans-serif"/>
                <w:sz w:val="20"/>
                <w:lang w:val="vi-VN"/>
              </w:rPr>
              <w:t>ấm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4,900,500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2,450,250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1,225,125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109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quanh Núi Cấm 1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đường liên xã Vĩnh Thái - Vĩnh Hiệp (nhà ông Mai Xuân Nhựt, thửa 705 tờ bản đồ 04)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Lưu Thị Rồi (thửa 63 tờ bản đồ 04)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3,920,400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1,960,200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110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quanh Núi Cấm 2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đường liên xã Vĩnh Thái - Vĩnh Hiệp (nhà ông Nguyễn Kia (thửa 791 tờ bản đồ 04)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Khu đô thị Mỹ Gia (thửa 54 tờ bản đồ 04)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3,920,400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1,960,200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111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quanh Thủy Tú</w:t>
            </w:r>
          </w:p>
        </w:tc>
        <w:tc>
          <w:tcPr>
            <w:tcW w:w="2019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đường liên xã Vĩnh Thái-Vĩnh Hiệp (nhà ông Nguyễn Minh Trí, thửa 345, tờ bản đồ 05) Nhà ông Nguyễn Hồng Anh (thửa 524, tờ bản đồ 04)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3,920,400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1,960,200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1,306,800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112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Thủy Tú -Vĩnh Xuân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cầu Thủy Tú (Nhà bà Nguyễn Thị Quý, thửa 523 tờ bản đồ 04)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Ngô Xa (thửa 663 tờ bản đồ 04)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113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giáp ranh Vĩnh Thái - Vĩnh Hiệp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cầu Dài (Nhà ông Lê Hùng Dũng, thửa 01 tờ bản đồ 02)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Lê Văn Thường (thửa 32 tờ bản đồ 02)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114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vào Đình Vĩnh Xuân</w:t>
            </w:r>
          </w:p>
        </w:tc>
        <w:tc>
          <w:tcPr>
            <w:tcW w:w="2019" w:type="dxa"/>
            <w:gridSpan w:val="2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đình Vĩnh Xuân (thửa 531 tờ bản đồ 03) Cuối đường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115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cư dự án hệ thống thoát lũ Phú Vinh-Sông Tắc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436" w:type="dxa"/>
            <w:gridSpan w:val="3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Nhũng lô tiếp giáp đường QH sát bờ kênh thoát lũ của dự án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Đinh Đức Thiện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núi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núi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Những lô còn lại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1,470,150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980,100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Quyết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Đinh Đức Thiện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Núi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1,470,150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980,100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Cao Văn Khánh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Đinh Đức Thiện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Núi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1,470,150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980,100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Bằng Giang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Trần Quyết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Cao Văn Khánh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2,940,300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1,470,150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980,100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116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vào Đồng Rọ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Đường Phong Châu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Đặng Thọ (thửa 64 tờ 08)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3,267,000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Đoạn sau nhà ông Thọ (thửa 64 tờ 08)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Cuối đường (hai nhánh rẽ đến thửa 130 tờ 08 Lê Hồng Minh và thửa 270 tờ 08 Lý Chúng)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816,750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117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đường còn lại</w:t>
            </w: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58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1,633,500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1,089,000</w:t>
            </w:r>
          </w:p>
        </w:tc>
        <w:tc>
          <w:tcPr>
            <w:tcW w:w="100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816,750</w:t>
            </w:r>
          </w:p>
        </w:tc>
        <w:tc>
          <w:tcPr>
            <w:tcW w:w="895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II.2 Đ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Ấ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T THƯƠNG MẠI, DỊCH VỤ VÀ ĐẤT S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Ả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N XUẤT, KINH DOANH PHI NÔNG NGHIỆP (TRỪ Đ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Ấ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T THƯƠNG MẠI, DỊCH VỤ)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thương mại, dịch vụ b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ằ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ng 80% giá đất ở cùng vị trí tương ứng quy định tại bằng giá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đất nêu trên.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cơ sở sản xuất phi n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ô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ng nghiệp (trừ đất thương mại, dịch vụ) b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ằ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ng 60% giá đất ở cùng vị trí tương ứng quy định tại bằng giá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đất nêu trên.</w:t>
      </w:r>
    </w:p>
    <w:p>
      <w:pPr>
        <w:pStyle w:val="Normal"/>
        <w:spacing w:lineRule="auto" w:line="480" w:before="0" w:after="20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sectPr>
      <w:type w:val="nextPage"/>
      <w:pgSz w:w="12240" w:h="15840"/>
      <w:pgMar w:left="1800" w:right="180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Arial">
    <w:altName w:val="sans-serif"/>
    <w:charset w:val="00"/>
    <w:family w:val="auto"/>
    <w:pitch w:val="default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82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601985-4D08-4188-963A-D1FC4720D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Application>LibreOffice/6.0.4.2$Windows_x86 LibreOffice_project/9b0d9b32d5dcda91d2f1a96dc04c645c450872bf</Application>
  <Pages>30</Pages>
  <Words>5584</Words>
  <Characters>27165</Characters>
  <CharactersWithSpaces>31383</CharactersWithSpaces>
  <Paragraphs>3142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2025-10-06T01:46:00Z</dcterms:created>
  <dc:creator>python-docx</dc:creator>
  <dc:description>generated by python-docx</dc:description>
  <dc:language>vi-VN</dc:language>
  <cp:lastModifiedBy/>
  <dcterms:modified xsi:type="dcterms:W3CDTF">2026-05-23T10:32:39Z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