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7A0" w:rsidRPr="00E7137D" w:rsidRDefault="00E7137D" w:rsidP="00E7137D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E7137D">
        <w:rPr>
          <w:rFonts w:ascii="Times New Roman" w:hAnsi="Times New Roman" w:cs="Times New Roman"/>
          <w:color w:val="auto"/>
        </w:rPr>
        <w:t>CÔNG TY ……………</w:t>
      </w:r>
    </w:p>
    <w:p w:rsidR="006357A0" w:rsidRDefault="00E7137D" w:rsidP="00E7137D">
      <w:pPr>
        <w:pStyle w:val="Heading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7137D">
        <w:rPr>
          <w:rFonts w:ascii="Times New Roman" w:hAnsi="Times New Roman" w:cs="Times New Roman"/>
          <w:color w:val="auto"/>
          <w:sz w:val="28"/>
          <w:szCs w:val="28"/>
        </w:rPr>
        <w:t>B</w:t>
      </w:r>
      <w:r w:rsidRPr="00E7137D">
        <w:rPr>
          <w:rFonts w:ascii="Times New Roman" w:hAnsi="Times New Roman" w:cs="Times New Roman"/>
          <w:color w:val="auto"/>
          <w:sz w:val="28"/>
          <w:szCs w:val="28"/>
        </w:rPr>
        <w:t>Ả</w:t>
      </w:r>
      <w:r w:rsidRPr="00E7137D">
        <w:rPr>
          <w:rFonts w:ascii="Times New Roman" w:hAnsi="Times New Roman" w:cs="Times New Roman"/>
          <w:color w:val="auto"/>
          <w:sz w:val="28"/>
          <w:szCs w:val="28"/>
        </w:rPr>
        <w:t>NG D</w:t>
      </w:r>
      <w:r w:rsidRPr="00E7137D">
        <w:rPr>
          <w:rFonts w:ascii="Times New Roman" w:hAnsi="Times New Roman" w:cs="Times New Roman"/>
          <w:color w:val="auto"/>
          <w:sz w:val="28"/>
          <w:szCs w:val="28"/>
        </w:rPr>
        <w:t>Ự</w:t>
      </w:r>
      <w:r w:rsidRPr="00E7137D">
        <w:rPr>
          <w:rFonts w:ascii="Times New Roman" w:hAnsi="Times New Roman" w:cs="Times New Roman"/>
          <w:color w:val="auto"/>
          <w:sz w:val="28"/>
          <w:szCs w:val="28"/>
        </w:rPr>
        <w:t xml:space="preserve"> TRÙ, PHÂN B</w:t>
      </w:r>
      <w:r w:rsidRPr="00E7137D">
        <w:rPr>
          <w:rFonts w:ascii="Times New Roman" w:hAnsi="Times New Roman" w:cs="Times New Roman"/>
          <w:color w:val="auto"/>
          <w:sz w:val="28"/>
          <w:szCs w:val="28"/>
        </w:rPr>
        <w:t>Ổ</w:t>
      </w:r>
      <w:r w:rsidRPr="00E7137D">
        <w:rPr>
          <w:rFonts w:ascii="Times New Roman" w:hAnsi="Times New Roman" w:cs="Times New Roman"/>
          <w:color w:val="auto"/>
          <w:sz w:val="28"/>
          <w:szCs w:val="28"/>
        </w:rPr>
        <w:t xml:space="preserve"> KINH PHÍ QUÀ TRUNG THU NĂM …</w:t>
      </w:r>
    </w:p>
    <w:p w:rsidR="00E7137D" w:rsidRPr="00E7137D" w:rsidRDefault="00E7137D" w:rsidP="00E713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8"/>
        <w:gridCol w:w="1769"/>
        <w:gridCol w:w="1377"/>
        <w:gridCol w:w="1389"/>
        <w:gridCol w:w="1389"/>
        <w:gridCol w:w="1348"/>
      </w:tblGrid>
      <w:tr w:rsidR="00E7137D" w:rsidRPr="00E7137D"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Đ</w:t>
            </w: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ố</w:t>
            </w: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i tư</w:t>
            </w: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ợ</w:t>
            </w: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ng/Phòng ban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ố</w:t>
            </w: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lư</w:t>
            </w: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ợ</w:t>
            </w: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ng con em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Đơn giá quà (VNĐ)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Thành ti</w:t>
            </w: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ề</w:t>
            </w: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n (VNĐ)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E7137D" w:rsidRPr="00E7137D"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Phòng Hành chính – Nhân s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ự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E7137D" w:rsidRPr="00E7137D"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Phòng K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 xml:space="preserve"> toán – Tài chính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E7137D" w:rsidRPr="00E7137D"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Phòng K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 xml:space="preserve"> thu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ậ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t – S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ả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n xu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ấ</w:t>
            </w: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E7137D" w:rsidRPr="00E7137D"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440" w:type="dxa"/>
          </w:tcPr>
          <w:p w:rsidR="006357A0" w:rsidRPr="00E7137D" w:rsidRDefault="00E71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:rsidR="006357A0" w:rsidRPr="00E7137D" w:rsidRDefault="00E7137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7137D">
        <w:rPr>
          <w:rFonts w:ascii="Times New Roman" w:hAnsi="Times New Roman" w:cs="Times New Roman"/>
          <w:sz w:val="28"/>
          <w:szCs w:val="28"/>
        </w:rPr>
        <w:br/>
        <w:t>T</w:t>
      </w:r>
      <w:r w:rsidRPr="00E7137D">
        <w:rPr>
          <w:rFonts w:ascii="Times New Roman" w:hAnsi="Times New Roman" w:cs="Times New Roman"/>
          <w:sz w:val="28"/>
          <w:szCs w:val="28"/>
        </w:rPr>
        <w:t>ổ</w:t>
      </w:r>
      <w:r w:rsidRPr="00E7137D">
        <w:rPr>
          <w:rFonts w:ascii="Times New Roman" w:hAnsi="Times New Roman" w:cs="Times New Roman"/>
          <w:sz w:val="28"/>
          <w:szCs w:val="28"/>
        </w:rPr>
        <w:t>ng c</w:t>
      </w:r>
      <w:r w:rsidRPr="00E7137D">
        <w:rPr>
          <w:rFonts w:ascii="Times New Roman" w:hAnsi="Times New Roman" w:cs="Times New Roman"/>
          <w:sz w:val="28"/>
          <w:szCs w:val="28"/>
        </w:rPr>
        <w:t>ộ</w:t>
      </w:r>
      <w:r w:rsidRPr="00E7137D">
        <w:rPr>
          <w:rFonts w:ascii="Times New Roman" w:hAnsi="Times New Roman" w:cs="Times New Roman"/>
          <w:sz w:val="28"/>
          <w:szCs w:val="28"/>
        </w:rPr>
        <w:t>ng: ………………………………… VNĐ</w:t>
      </w:r>
    </w:p>
    <w:p w:rsidR="006357A0" w:rsidRPr="00E7137D" w:rsidRDefault="00E7137D">
      <w:pPr>
        <w:rPr>
          <w:rFonts w:ascii="Times New Roman" w:hAnsi="Times New Roman" w:cs="Times New Roman"/>
          <w:sz w:val="28"/>
          <w:szCs w:val="28"/>
        </w:rPr>
      </w:pPr>
      <w:r w:rsidRPr="00E7137D">
        <w:rPr>
          <w:rFonts w:ascii="Times New Roman" w:hAnsi="Times New Roman" w:cs="Times New Roman"/>
          <w:sz w:val="28"/>
          <w:szCs w:val="28"/>
        </w:rPr>
        <w:t>Ngu</w:t>
      </w:r>
      <w:r w:rsidRPr="00E7137D">
        <w:rPr>
          <w:rFonts w:ascii="Times New Roman" w:hAnsi="Times New Roman" w:cs="Times New Roman"/>
          <w:sz w:val="28"/>
          <w:szCs w:val="28"/>
        </w:rPr>
        <w:t>ồ</w:t>
      </w:r>
      <w:r w:rsidRPr="00E7137D">
        <w:rPr>
          <w:rFonts w:ascii="Times New Roman" w:hAnsi="Times New Roman" w:cs="Times New Roman"/>
          <w:sz w:val="28"/>
          <w:szCs w:val="28"/>
        </w:rPr>
        <w:t>n kinh phí: Qu</w:t>
      </w:r>
      <w:r w:rsidRPr="00E7137D">
        <w:rPr>
          <w:rFonts w:ascii="Times New Roman" w:hAnsi="Times New Roman" w:cs="Times New Roman"/>
          <w:sz w:val="28"/>
          <w:szCs w:val="28"/>
        </w:rPr>
        <w:t>ỹ</w:t>
      </w:r>
      <w:r w:rsidRPr="00E7137D">
        <w:rPr>
          <w:rFonts w:ascii="Times New Roman" w:hAnsi="Times New Roman" w:cs="Times New Roman"/>
          <w:sz w:val="28"/>
          <w:szCs w:val="28"/>
        </w:rPr>
        <w:t xml:space="preserve"> phúc l</w:t>
      </w:r>
      <w:r w:rsidRPr="00E7137D">
        <w:rPr>
          <w:rFonts w:ascii="Times New Roman" w:hAnsi="Times New Roman" w:cs="Times New Roman"/>
          <w:sz w:val="28"/>
          <w:szCs w:val="28"/>
        </w:rPr>
        <w:t>ợ</w:t>
      </w:r>
      <w:r w:rsidRPr="00E7137D">
        <w:rPr>
          <w:rFonts w:ascii="Times New Roman" w:hAnsi="Times New Roman" w:cs="Times New Roman"/>
          <w:sz w:val="28"/>
          <w:szCs w:val="28"/>
        </w:rPr>
        <w:t>i công ty / Công đoàn / Ngu</w:t>
      </w:r>
      <w:r w:rsidRPr="00E7137D">
        <w:rPr>
          <w:rFonts w:ascii="Times New Roman" w:hAnsi="Times New Roman" w:cs="Times New Roman"/>
          <w:sz w:val="28"/>
          <w:szCs w:val="28"/>
        </w:rPr>
        <w:t>ồ</w:t>
      </w:r>
      <w:r w:rsidRPr="00E7137D">
        <w:rPr>
          <w:rFonts w:ascii="Times New Roman" w:hAnsi="Times New Roman" w:cs="Times New Roman"/>
          <w:sz w:val="28"/>
          <w:szCs w:val="28"/>
        </w:rPr>
        <w:t>n khác.</w:t>
      </w:r>
      <w:r w:rsidRPr="00E7137D">
        <w:rPr>
          <w:rFonts w:ascii="Times New Roman" w:hAnsi="Times New Roman" w:cs="Times New Roman"/>
          <w:sz w:val="28"/>
          <w:szCs w:val="28"/>
        </w:rPr>
        <w:br/>
      </w:r>
    </w:p>
    <w:p w:rsidR="006357A0" w:rsidRPr="00E7137D" w:rsidRDefault="00E7137D">
      <w:pPr>
        <w:rPr>
          <w:rFonts w:ascii="Times New Roman" w:hAnsi="Times New Roman" w:cs="Times New Roman"/>
          <w:b/>
          <w:sz w:val="28"/>
          <w:szCs w:val="28"/>
        </w:rPr>
      </w:pPr>
      <w:r w:rsidRPr="00E7137D">
        <w:rPr>
          <w:rFonts w:ascii="Times New Roman" w:hAnsi="Times New Roman" w:cs="Times New Roman"/>
          <w:sz w:val="28"/>
          <w:szCs w:val="28"/>
        </w:rPr>
        <w:br/>
      </w:r>
      <w:r w:rsidRPr="00E7137D">
        <w:rPr>
          <w:rFonts w:ascii="Times New Roman" w:hAnsi="Times New Roman" w:cs="Times New Roman"/>
          <w:b/>
          <w:sz w:val="28"/>
          <w:szCs w:val="28"/>
        </w:rPr>
        <w:t>Ngư</w:t>
      </w:r>
      <w:r w:rsidRPr="00E7137D">
        <w:rPr>
          <w:rFonts w:ascii="Times New Roman" w:hAnsi="Times New Roman" w:cs="Times New Roman"/>
          <w:b/>
          <w:sz w:val="28"/>
          <w:szCs w:val="28"/>
        </w:rPr>
        <w:t>ờ</w:t>
      </w:r>
      <w:r w:rsidRPr="00E7137D">
        <w:rPr>
          <w:rFonts w:ascii="Times New Roman" w:hAnsi="Times New Roman" w:cs="Times New Roman"/>
          <w:b/>
          <w:sz w:val="28"/>
          <w:szCs w:val="28"/>
        </w:rPr>
        <w:t>i l</w:t>
      </w:r>
      <w:r w:rsidRPr="00E7137D">
        <w:rPr>
          <w:rFonts w:ascii="Times New Roman" w:hAnsi="Times New Roman" w:cs="Times New Roman"/>
          <w:b/>
          <w:sz w:val="28"/>
          <w:szCs w:val="28"/>
        </w:rPr>
        <w:t>ậ</w:t>
      </w:r>
      <w:r w:rsidRPr="00E7137D">
        <w:rPr>
          <w:rFonts w:ascii="Times New Roman" w:hAnsi="Times New Roman" w:cs="Times New Roman"/>
          <w:b/>
          <w:sz w:val="28"/>
          <w:szCs w:val="28"/>
        </w:rPr>
        <w:t>p                    Trư</w:t>
      </w:r>
      <w:r w:rsidRPr="00E7137D">
        <w:rPr>
          <w:rFonts w:ascii="Times New Roman" w:hAnsi="Times New Roman" w:cs="Times New Roman"/>
          <w:b/>
          <w:sz w:val="28"/>
          <w:szCs w:val="28"/>
        </w:rPr>
        <w:t>ở</w:t>
      </w:r>
      <w:r w:rsidRPr="00E7137D">
        <w:rPr>
          <w:rFonts w:ascii="Times New Roman" w:hAnsi="Times New Roman" w:cs="Times New Roman"/>
          <w:b/>
          <w:sz w:val="28"/>
          <w:szCs w:val="28"/>
        </w:rPr>
        <w:t>ng phòng HC-NS            Giám đ</w:t>
      </w:r>
      <w:r w:rsidRPr="00E7137D">
        <w:rPr>
          <w:rFonts w:ascii="Times New Roman" w:hAnsi="Times New Roman" w:cs="Times New Roman"/>
          <w:b/>
          <w:sz w:val="28"/>
          <w:szCs w:val="28"/>
        </w:rPr>
        <w:t>ố</w:t>
      </w:r>
      <w:r w:rsidRPr="00E7137D">
        <w:rPr>
          <w:rFonts w:ascii="Times New Roman" w:hAnsi="Times New Roman" w:cs="Times New Roman"/>
          <w:b/>
          <w:sz w:val="28"/>
          <w:szCs w:val="28"/>
        </w:rPr>
        <w:t>c</w:t>
      </w:r>
    </w:p>
    <w:p w:rsidR="006357A0" w:rsidRPr="00E7137D" w:rsidRDefault="00E7137D">
      <w:pPr>
        <w:rPr>
          <w:rFonts w:ascii="Times New Roman" w:hAnsi="Times New Roman" w:cs="Times New Roman"/>
          <w:b/>
          <w:sz w:val="28"/>
          <w:szCs w:val="28"/>
        </w:rPr>
      </w:pPr>
      <w:r w:rsidRPr="00E7137D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E7137D">
        <w:rPr>
          <w:rFonts w:ascii="Times New Roman" w:hAnsi="Times New Roman" w:cs="Times New Roman"/>
          <w:b/>
          <w:sz w:val="28"/>
          <w:szCs w:val="28"/>
        </w:rPr>
        <w:t>ọ</w:t>
      </w:r>
      <w:r w:rsidRPr="00E7137D">
        <w:rPr>
          <w:rFonts w:ascii="Times New Roman" w:hAnsi="Times New Roman" w:cs="Times New Roman"/>
          <w:b/>
          <w:sz w:val="28"/>
          <w:szCs w:val="28"/>
        </w:rPr>
        <w:t xml:space="preserve"> tên)           (Ký, ghi rõ h</w:t>
      </w:r>
      <w:r w:rsidRPr="00E7137D">
        <w:rPr>
          <w:rFonts w:ascii="Times New Roman" w:hAnsi="Times New Roman" w:cs="Times New Roman"/>
          <w:b/>
          <w:sz w:val="28"/>
          <w:szCs w:val="28"/>
        </w:rPr>
        <w:t>ọ</w:t>
      </w:r>
      <w:r w:rsidRPr="00E7137D">
        <w:rPr>
          <w:rFonts w:ascii="Times New Roman" w:hAnsi="Times New Roman" w:cs="Times New Roman"/>
          <w:b/>
          <w:sz w:val="28"/>
          <w:szCs w:val="28"/>
        </w:rPr>
        <w:t xml:space="preserve"> tên)           (Ký, ghi rõ h</w:t>
      </w:r>
      <w:r w:rsidRPr="00E7137D">
        <w:rPr>
          <w:rFonts w:ascii="Times New Roman" w:hAnsi="Times New Roman" w:cs="Times New Roman"/>
          <w:b/>
          <w:sz w:val="28"/>
          <w:szCs w:val="28"/>
        </w:rPr>
        <w:t>ọ</w:t>
      </w:r>
      <w:r w:rsidRPr="00E713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137D">
        <w:rPr>
          <w:rFonts w:ascii="Times New Roman" w:hAnsi="Times New Roman" w:cs="Times New Roman"/>
          <w:b/>
          <w:sz w:val="28"/>
          <w:szCs w:val="28"/>
        </w:rPr>
        <w:t>tên, đóng d</w:t>
      </w:r>
      <w:r w:rsidRPr="00E7137D">
        <w:rPr>
          <w:rFonts w:ascii="Times New Roman" w:hAnsi="Times New Roman" w:cs="Times New Roman"/>
          <w:b/>
          <w:sz w:val="28"/>
          <w:szCs w:val="28"/>
        </w:rPr>
        <w:t>ấ</w:t>
      </w:r>
      <w:r w:rsidRPr="00E7137D">
        <w:rPr>
          <w:rFonts w:ascii="Times New Roman" w:hAnsi="Times New Roman" w:cs="Times New Roman"/>
          <w:b/>
          <w:sz w:val="28"/>
          <w:szCs w:val="28"/>
        </w:rPr>
        <w:t>u)</w:t>
      </w:r>
    </w:p>
    <w:sectPr w:rsidR="006357A0" w:rsidRPr="00E7137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357A0"/>
    <w:rsid w:val="00AA1D8D"/>
    <w:rsid w:val="00B47730"/>
    <w:rsid w:val="00CB0664"/>
    <w:rsid w:val="00E713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CF147BA6-BD8B-4C47-9A3E-649A581E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724FF4-4DFD-46C6-A4B9-C77F20A7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CÔNG TY ……………</vt:lpstr>
      <vt:lpstr>    BẢNG DỰ TRÙ, PHÂN BỔ KINH PHÍ QUÀ TRUNG THU NĂM …</vt:lpstr>
    </vt:vector>
  </TitlesOfParts>
  <Manager/>
  <Company/>
  <LinksUpToDate>false</LinksUpToDate>
  <CharactersWithSpaces>526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2025-09-15T09:50:00Z</dcterms:created>
  <dcterms:modified xsi:type="dcterms:W3CDTF">2025-09-15T09:50:00Z</dcterms:modified>
  <cp:category/>
</cp:coreProperties>
</file>