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5"/>
        <w:gridCol w:w="6155"/>
      </w:tblGrid>
      <w:tr w:rsidR="008C3E3B" w:rsidRPr="008C3E3B" w:rsidTr="008C3E3B">
        <w:tc>
          <w:tcPr>
            <w:tcW w:w="2518" w:type="dxa"/>
          </w:tcPr>
          <w:p w:rsidR="008C3E3B" w:rsidRPr="008C3E3B" w:rsidRDefault="008C3E3B" w:rsidP="008C3E3B">
            <w:pPr>
              <w:pStyle w:val="Heading1"/>
              <w:rPr>
                <w:rFonts w:ascii="Times New Roman" w:hAnsi="Times New Roman" w:cs="Times New Roman"/>
                <w:color w:val="auto"/>
              </w:rPr>
            </w:pPr>
            <w:r w:rsidRPr="008C3E3B">
              <w:rPr>
                <w:rFonts w:ascii="Times New Roman" w:hAnsi="Times New Roman" w:cs="Times New Roman"/>
                <w:color w:val="auto"/>
              </w:rPr>
              <w:t>CÔNG TY ……</w:t>
            </w:r>
          </w:p>
          <w:p w:rsidR="008C3E3B" w:rsidRPr="008C3E3B" w:rsidRDefault="008C3E3B" w:rsidP="008C3E3B">
            <w:pPr>
              <w:pStyle w:val="Heading1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8C3E3B">
              <w:rPr>
                <w:rFonts w:ascii="Times New Roman" w:hAnsi="Times New Roman" w:cs="Times New Roman"/>
                <w:color w:val="auto"/>
              </w:rPr>
              <w:t>Số: ………/TB-…</w:t>
            </w:r>
          </w:p>
        </w:tc>
        <w:tc>
          <w:tcPr>
            <w:tcW w:w="6338" w:type="dxa"/>
          </w:tcPr>
          <w:p w:rsidR="008C3E3B" w:rsidRPr="008C3E3B" w:rsidRDefault="008C3E3B" w:rsidP="008C3E3B">
            <w:pPr>
              <w:pStyle w:val="Heading1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8C3E3B">
              <w:rPr>
                <w:rFonts w:ascii="Times New Roman" w:hAnsi="Times New Roman" w:cs="Times New Roman"/>
                <w:color w:val="auto"/>
              </w:rPr>
              <w:t>CỘNG HÒA XÃ HỘI CHỦ NGHĨA VIỆT NAM</w:t>
            </w:r>
          </w:p>
          <w:p w:rsidR="008C3E3B" w:rsidRPr="008C3E3B" w:rsidRDefault="008C3E3B" w:rsidP="008C3E3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3E3B">
              <w:rPr>
                <w:rFonts w:ascii="Times New Roman" w:hAnsi="Times New Roman" w:cs="Times New Roman"/>
                <w:b/>
                <w:sz w:val="28"/>
                <w:szCs w:val="28"/>
              </w:rPr>
              <w:t>Độc lập-Tự do-Hạnh phúc</w:t>
            </w:r>
          </w:p>
        </w:tc>
      </w:tr>
    </w:tbl>
    <w:p w:rsidR="005C3CD4" w:rsidRPr="008C3E3B" w:rsidRDefault="008C3E3B">
      <w:pPr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br/>
      </w:r>
    </w:p>
    <w:p w:rsidR="005C3CD4" w:rsidRPr="008C3E3B" w:rsidRDefault="008C3E3B" w:rsidP="008C3E3B">
      <w:pPr>
        <w:pStyle w:val="Heading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C3E3B">
        <w:rPr>
          <w:rFonts w:ascii="Times New Roman" w:hAnsi="Times New Roman" w:cs="Times New Roman"/>
          <w:color w:val="auto"/>
          <w:sz w:val="28"/>
          <w:szCs w:val="28"/>
        </w:rPr>
        <w:t>THÔNG BÁO</w:t>
      </w:r>
    </w:p>
    <w:p w:rsidR="005C3CD4" w:rsidRPr="008C3E3B" w:rsidRDefault="008C3E3B" w:rsidP="008C3E3B">
      <w:pPr>
        <w:jc w:val="center"/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t>V/v t</w:t>
      </w:r>
      <w:r w:rsidRPr="008C3E3B">
        <w:rPr>
          <w:rFonts w:ascii="Times New Roman" w:hAnsi="Times New Roman" w:cs="Times New Roman"/>
          <w:sz w:val="28"/>
          <w:szCs w:val="28"/>
        </w:rPr>
        <w:t>ặ</w:t>
      </w:r>
      <w:r w:rsidRPr="008C3E3B">
        <w:rPr>
          <w:rFonts w:ascii="Times New Roman" w:hAnsi="Times New Roman" w:cs="Times New Roman"/>
          <w:sz w:val="28"/>
          <w:szCs w:val="28"/>
        </w:rPr>
        <w:t>ng quà T</w:t>
      </w:r>
      <w:r w:rsidRPr="008C3E3B">
        <w:rPr>
          <w:rFonts w:ascii="Times New Roman" w:hAnsi="Times New Roman" w:cs="Times New Roman"/>
          <w:sz w:val="28"/>
          <w:szCs w:val="28"/>
        </w:rPr>
        <w:t>ế</w:t>
      </w:r>
      <w:r w:rsidRPr="008C3E3B">
        <w:rPr>
          <w:rFonts w:ascii="Times New Roman" w:hAnsi="Times New Roman" w:cs="Times New Roman"/>
          <w:sz w:val="28"/>
          <w:szCs w:val="28"/>
        </w:rPr>
        <w:t>t Trung thu cho con em cán b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 xml:space="preserve"> nhân viên, ngư</w:t>
      </w:r>
      <w:r w:rsidRPr="008C3E3B">
        <w:rPr>
          <w:rFonts w:ascii="Times New Roman" w:hAnsi="Times New Roman" w:cs="Times New Roman"/>
          <w:sz w:val="28"/>
          <w:szCs w:val="28"/>
        </w:rPr>
        <w:t>ờ</w:t>
      </w:r>
      <w:r w:rsidRPr="008C3E3B">
        <w:rPr>
          <w:rFonts w:ascii="Times New Roman" w:hAnsi="Times New Roman" w:cs="Times New Roman"/>
          <w:sz w:val="28"/>
          <w:szCs w:val="28"/>
        </w:rPr>
        <w:t>i lao đ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>ng</w:t>
      </w:r>
      <w:r w:rsidRPr="008C3E3B">
        <w:rPr>
          <w:rFonts w:ascii="Times New Roman" w:hAnsi="Times New Roman" w:cs="Times New Roman"/>
          <w:sz w:val="28"/>
          <w:szCs w:val="28"/>
        </w:rPr>
        <w:br/>
      </w:r>
    </w:p>
    <w:p w:rsidR="005C3CD4" w:rsidRPr="008C3E3B" w:rsidRDefault="008C3E3B">
      <w:pPr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t>Kính g</w:t>
      </w:r>
      <w:r w:rsidRPr="008C3E3B">
        <w:rPr>
          <w:rFonts w:ascii="Times New Roman" w:hAnsi="Times New Roman" w:cs="Times New Roman"/>
          <w:sz w:val="28"/>
          <w:szCs w:val="28"/>
        </w:rPr>
        <w:t>ử</w:t>
      </w:r>
      <w:r w:rsidRPr="008C3E3B">
        <w:rPr>
          <w:rFonts w:ascii="Times New Roman" w:hAnsi="Times New Roman" w:cs="Times New Roman"/>
          <w:sz w:val="28"/>
          <w:szCs w:val="28"/>
        </w:rPr>
        <w:t>i: Toàn th</w:t>
      </w:r>
      <w:r w:rsidRPr="008C3E3B">
        <w:rPr>
          <w:rFonts w:ascii="Times New Roman" w:hAnsi="Times New Roman" w:cs="Times New Roman"/>
          <w:sz w:val="28"/>
          <w:szCs w:val="28"/>
        </w:rPr>
        <w:t>ể</w:t>
      </w:r>
      <w:r w:rsidRPr="008C3E3B">
        <w:rPr>
          <w:rFonts w:ascii="Times New Roman" w:hAnsi="Times New Roman" w:cs="Times New Roman"/>
          <w:sz w:val="28"/>
          <w:szCs w:val="28"/>
        </w:rPr>
        <w:t xml:space="preserve"> cán b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>, nhân viên và ngư</w:t>
      </w:r>
      <w:r w:rsidRPr="008C3E3B">
        <w:rPr>
          <w:rFonts w:ascii="Times New Roman" w:hAnsi="Times New Roman" w:cs="Times New Roman"/>
          <w:sz w:val="28"/>
          <w:szCs w:val="28"/>
        </w:rPr>
        <w:t>ờ</w:t>
      </w:r>
      <w:r w:rsidRPr="008C3E3B">
        <w:rPr>
          <w:rFonts w:ascii="Times New Roman" w:hAnsi="Times New Roman" w:cs="Times New Roman"/>
          <w:sz w:val="28"/>
          <w:szCs w:val="28"/>
        </w:rPr>
        <w:t>i lao đ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>ng Công ty …………</w:t>
      </w:r>
      <w:r w:rsidRPr="008C3E3B">
        <w:rPr>
          <w:rFonts w:ascii="Times New Roman" w:hAnsi="Times New Roman" w:cs="Times New Roman"/>
          <w:sz w:val="28"/>
          <w:szCs w:val="28"/>
        </w:rPr>
        <w:br/>
      </w:r>
    </w:p>
    <w:p w:rsidR="005C3CD4" w:rsidRPr="008C3E3B" w:rsidRDefault="008C3E3B">
      <w:pPr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t>Nhân d</w:t>
      </w:r>
      <w:r w:rsidRPr="008C3E3B">
        <w:rPr>
          <w:rFonts w:ascii="Times New Roman" w:hAnsi="Times New Roman" w:cs="Times New Roman"/>
          <w:sz w:val="28"/>
          <w:szCs w:val="28"/>
        </w:rPr>
        <w:t>ị</w:t>
      </w:r>
      <w:r w:rsidRPr="008C3E3B">
        <w:rPr>
          <w:rFonts w:ascii="Times New Roman" w:hAnsi="Times New Roman" w:cs="Times New Roman"/>
          <w:sz w:val="28"/>
          <w:szCs w:val="28"/>
        </w:rPr>
        <w:t>p T</w:t>
      </w:r>
      <w:r w:rsidRPr="008C3E3B">
        <w:rPr>
          <w:rFonts w:ascii="Times New Roman" w:hAnsi="Times New Roman" w:cs="Times New Roman"/>
          <w:sz w:val="28"/>
          <w:szCs w:val="28"/>
        </w:rPr>
        <w:t>ế</w:t>
      </w:r>
      <w:r w:rsidRPr="008C3E3B">
        <w:rPr>
          <w:rFonts w:ascii="Times New Roman" w:hAnsi="Times New Roman" w:cs="Times New Roman"/>
          <w:sz w:val="28"/>
          <w:szCs w:val="28"/>
        </w:rPr>
        <w:t>t Trung thu năm ……, nh</w:t>
      </w:r>
      <w:r w:rsidRPr="008C3E3B">
        <w:rPr>
          <w:rFonts w:ascii="Times New Roman" w:hAnsi="Times New Roman" w:cs="Times New Roman"/>
          <w:sz w:val="28"/>
          <w:szCs w:val="28"/>
        </w:rPr>
        <w:t>ằ</w:t>
      </w:r>
      <w:r w:rsidRPr="008C3E3B">
        <w:rPr>
          <w:rFonts w:ascii="Times New Roman" w:hAnsi="Times New Roman" w:cs="Times New Roman"/>
          <w:sz w:val="28"/>
          <w:szCs w:val="28"/>
        </w:rPr>
        <w:t>m quan tâm, chăm lo đ</w:t>
      </w:r>
      <w:r w:rsidRPr="008C3E3B">
        <w:rPr>
          <w:rFonts w:ascii="Times New Roman" w:hAnsi="Times New Roman" w:cs="Times New Roman"/>
          <w:sz w:val="28"/>
          <w:szCs w:val="28"/>
        </w:rPr>
        <w:t>ờ</w:t>
      </w:r>
      <w:r w:rsidRPr="008C3E3B">
        <w:rPr>
          <w:rFonts w:ascii="Times New Roman" w:hAnsi="Times New Roman" w:cs="Times New Roman"/>
          <w:sz w:val="28"/>
          <w:szCs w:val="28"/>
        </w:rPr>
        <w:t>i s</w:t>
      </w:r>
      <w:r w:rsidRPr="008C3E3B">
        <w:rPr>
          <w:rFonts w:ascii="Times New Roman" w:hAnsi="Times New Roman" w:cs="Times New Roman"/>
          <w:sz w:val="28"/>
          <w:szCs w:val="28"/>
        </w:rPr>
        <w:t>ố</w:t>
      </w:r>
      <w:r w:rsidRPr="008C3E3B">
        <w:rPr>
          <w:rFonts w:ascii="Times New Roman" w:hAnsi="Times New Roman" w:cs="Times New Roman"/>
          <w:sz w:val="28"/>
          <w:szCs w:val="28"/>
        </w:rPr>
        <w:t>ng tinh th</w:t>
      </w:r>
      <w:r w:rsidRPr="008C3E3B">
        <w:rPr>
          <w:rFonts w:ascii="Times New Roman" w:hAnsi="Times New Roman" w:cs="Times New Roman"/>
          <w:sz w:val="28"/>
          <w:szCs w:val="28"/>
        </w:rPr>
        <w:t>ầ</w:t>
      </w:r>
      <w:r w:rsidRPr="008C3E3B">
        <w:rPr>
          <w:rFonts w:ascii="Times New Roman" w:hAnsi="Times New Roman" w:cs="Times New Roman"/>
          <w:sz w:val="28"/>
          <w:szCs w:val="28"/>
        </w:rPr>
        <w:t xml:space="preserve">n cho </w:t>
      </w:r>
      <w:r w:rsidRPr="008C3E3B">
        <w:rPr>
          <w:rFonts w:ascii="Times New Roman" w:hAnsi="Times New Roman" w:cs="Times New Roman"/>
          <w:sz w:val="28"/>
          <w:szCs w:val="28"/>
        </w:rPr>
        <w:t>con em c</w:t>
      </w:r>
      <w:r w:rsidRPr="008C3E3B">
        <w:rPr>
          <w:rFonts w:ascii="Times New Roman" w:hAnsi="Times New Roman" w:cs="Times New Roman"/>
          <w:sz w:val="28"/>
          <w:szCs w:val="28"/>
        </w:rPr>
        <w:t>ủ</w:t>
      </w:r>
      <w:r w:rsidRPr="008C3E3B">
        <w:rPr>
          <w:rFonts w:ascii="Times New Roman" w:hAnsi="Times New Roman" w:cs="Times New Roman"/>
          <w:sz w:val="28"/>
          <w:szCs w:val="28"/>
        </w:rPr>
        <w:t>a cán b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 xml:space="preserve"> nhân viên, ngư</w:t>
      </w:r>
      <w:r w:rsidRPr="008C3E3B">
        <w:rPr>
          <w:rFonts w:ascii="Times New Roman" w:hAnsi="Times New Roman" w:cs="Times New Roman"/>
          <w:sz w:val="28"/>
          <w:szCs w:val="28"/>
        </w:rPr>
        <w:t>ờ</w:t>
      </w:r>
      <w:r w:rsidRPr="008C3E3B">
        <w:rPr>
          <w:rFonts w:ascii="Times New Roman" w:hAnsi="Times New Roman" w:cs="Times New Roman"/>
          <w:sz w:val="28"/>
          <w:szCs w:val="28"/>
        </w:rPr>
        <w:t>i lao đ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>ng, Ban lãnh đ</w:t>
      </w:r>
      <w:r w:rsidRPr="008C3E3B">
        <w:rPr>
          <w:rFonts w:ascii="Times New Roman" w:hAnsi="Times New Roman" w:cs="Times New Roman"/>
          <w:sz w:val="28"/>
          <w:szCs w:val="28"/>
        </w:rPr>
        <w:t>ạ</w:t>
      </w:r>
      <w:r w:rsidRPr="008C3E3B">
        <w:rPr>
          <w:rFonts w:ascii="Times New Roman" w:hAnsi="Times New Roman" w:cs="Times New Roman"/>
          <w:sz w:val="28"/>
          <w:szCs w:val="28"/>
        </w:rPr>
        <w:t>o Công ty quy</w:t>
      </w:r>
      <w:r w:rsidRPr="008C3E3B">
        <w:rPr>
          <w:rFonts w:ascii="Times New Roman" w:hAnsi="Times New Roman" w:cs="Times New Roman"/>
          <w:sz w:val="28"/>
          <w:szCs w:val="28"/>
        </w:rPr>
        <w:t>ế</w:t>
      </w:r>
      <w:r w:rsidRPr="008C3E3B">
        <w:rPr>
          <w:rFonts w:ascii="Times New Roman" w:hAnsi="Times New Roman" w:cs="Times New Roman"/>
          <w:sz w:val="28"/>
          <w:szCs w:val="28"/>
        </w:rPr>
        <w:t>t đ</w:t>
      </w:r>
      <w:r w:rsidRPr="008C3E3B">
        <w:rPr>
          <w:rFonts w:ascii="Times New Roman" w:hAnsi="Times New Roman" w:cs="Times New Roman"/>
          <w:sz w:val="28"/>
          <w:szCs w:val="28"/>
        </w:rPr>
        <w:t>ị</w:t>
      </w:r>
      <w:r w:rsidRPr="008C3E3B">
        <w:rPr>
          <w:rFonts w:ascii="Times New Roman" w:hAnsi="Times New Roman" w:cs="Times New Roman"/>
          <w:sz w:val="28"/>
          <w:szCs w:val="28"/>
        </w:rPr>
        <w:t>nh t</w:t>
      </w:r>
      <w:r w:rsidRPr="008C3E3B">
        <w:rPr>
          <w:rFonts w:ascii="Times New Roman" w:hAnsi="Times New Roman" w:cs="Times New Roman"/>
          <w:sz w:val="28"/>
          <w:szCs w:val="28"/>
        </w:rPr>
        <w:t>ổ</w:t>
      </w:r>
      <w:r w:rsidRPr="008C3E3B">
        <w:rPr>
          <w:rFonts w:ascii="Times New Roman" w:hAnsi="Times New Roman" w:cs="Times New Roman"/>
          <w:sz w:val="28"/>
          <w:szCs w:val="28"/>
        </w:rPr>
        <w:t xml:space="preserve"> ch</w:t>
      </w:r>
      <w:r w:rsidRPr="008C3E3B">
        <w:rPr>
          <w:rFonts w:ascii="Times New Roman" w:hAnsi="Times New Roman" w:cs="Times New Roman"/>
          <w:sz w:val="28"/>
          <w:szCs w:val="28"/>
        </w:rPr>
        <w:t>ứ</w:t>
      </w:r>
      <w:r w:rsidRPr="008C3E3B">
        <w:rPr>
          <w:rFonts w:ascii="Times New Roman" w:hAnsi="Times New Roman" w:cs="Times New Roman"/>
          <w:sz w:val="28"/>
          <w:szCs w:val="28"/>
        </w:rPr>
        <w:t>c chương trình t</w:t>
      </w:r>
      <w:r w:rsidRPr="008C3E3B">
        <w:rPr>
          <w:rFonts w:ascii="Times New Roman" w:hAnsi="Times New Roman" w:cs="Times New Roman"/>
          <w:sz w:val="28"/>
          <w:szCs w:val="28"/>
        </w:rPr>
        <w:t>ặ</w:t>
      </w:r>
      <w:r w:rsidRPr="008C3E3B">
        <w:rPr>
          <w:rFonts w:ascii="Times New Roman" w:hAnsi="Times New Roman" w:cs="Times New Roman"/>
          <w:sz w:val="28"/>
          <w:szCs w:val="28"/>
        </w:rPr>
        <w:t>ng quà Trung thu như sau:</w:t>
      </w:r>
      <w:r w:rsidRPr="008C3E3B">
        <w:rPr>
          <w:rFonts w:ascii="Times New Roman" w:hAnsi="Times New Roman" w:cs="Times New Roman"/>
          <w:sz w:val="28"/>
          <w:szCs w:val="28"/>
        </w:rPr>
        <w:br/>
      </w:r>
    </w:p>
    <w:p w:rsidR="005C3CD4" w:rsidRPr="008C3E3B" w:rsidRDefault="008C3E3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8C3E3B">
        <w:rPr>
          <w:rFonts w:ascii="Times New Roman" w:hAnsi="Times New Roman" w:cs="Times New Roman"/>
          <w:color w:val="auto"/>
          <w:sz w:val="28"/>
          <w:szCs w:val="28"/>
        </w:rPr>
        <w:t>1. Đ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ố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i tư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ợ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ng:</w:t>
      </w:r>
    </w:p>
    <w:p w:rsidR="005C3CD4" w:rsidRPr="008C3E3B" w:rsidRDefault="008C3E3B">
      <w:pPr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t>Con em c</w:t>
      </w:r>
      <w:r w:rsidRPr="008C3E3B">
        <w:rPr>
          <w:rFonts w:ascii="Times New Roman" w:hAnsi="Times New Roman" w:cs="Times New Roman"/>
          <w:sz w:val="28"/>
          <w:szCs w:val="28"/>
        </w:rPr>
        <w:t>ủ</w:t>
      </w:r>
      <w:r w:rsidRPr="008C3E3B">
        <w:rPr>
          <w:rFonts w:ascii="Times New Roman" w:hAnsi="Times New Roman" w:cs="Times New Roman"/>
          <w:sz w:val="28"/>
          <w:szCs w:val="28"/>
        </w:rPr>
        <w:t>a toàn th</w:t>
      </w:r>
      <w:r w:rsidRPr="008C3E3B">
        <w:rPr>
          <w:rFonts w:ascii="Times New Roman" w:hAnsi="Times New Roman" w:cs="Times New Roman"/>
          <w:sz w:val="28"/>
          <w:szCs w:val="28"/>
        </w:rPr>
        <w:t>ể</w:t>
      </w:r>
      <w:r w:rsidRPr="008C3E3B">
        <w:rPr>
          <w:rFonts w:ascii="Times New Roman" w:hAnsi="Times New Roman" w:cs="Times New Roman"/>
          <w:sz w:val="28"/>
          <w:szCs w:val="28"/>
        </w:rPr>
        <w:t xml:space="preserve"> cán b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 xml:space="preserve"> nhân viên, ngư</w:t>
      </w:r>
      <w:r w:rsidRPr="008C3E3B">
        <w:rPr>
          <w:rFonts w:ascii="Times New Roman" w:hAnsi="Times New Roman" w:cs="Times New Roman"/>
          <w:sz w:val="28"/>
          <w:szCs w:val="28"/>
        </w:rPr>
        <w:t>ờ</w:t>
      </w:r>
      <w:r w:rsidRPr="008C3E3B">
        <w:rPr>
          <w:rFonts w:ascii="Times New Roman" w:hAnsi="Times New Roman" w:cs="Times New Roman"/>
          <w:sz w:val="28"/>
          <w:szCs w:val="28"/>
        </w:rPr>
        <w:t>i lao đ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>ng hi</w:t>
      </w:r>
      <w:r w:rsidRPr="008C3E3B">
        <w:rPr>
          <w:rFonts w:ascii="Times New Roman" w:hAnsi="Times New Roman" w:cs="Times New Roman"/>
          <w:sz w:val="28"/>
          <w:szCs w:val="28"/>
        </w:rPr>
        <w:t>ệ</w:t>
      </w:r>
      <w:r w:rsidRPr="008C3E3B">
        <w:rPr>
          <w:rFonts w:ascii="Times New Roman" w:hAnsi="Times New Roman" w:cs="Times New Roman"/>
          <w:sz w:val="28"/>
          <w:szCs w:val="28"/>
        </w:rPr>
        <w:t>n đang làm vi</w:t>
      </w:r>
      <w:r w:rsidRPr="008C3E3B">
        <w:rPr>
          <w:rFonts w:ascii="Times New Roman" w:hAnsi="Times New Roman" w:cs="Times New Roman"/>
          <w:sz w:val="28"/>
          <w:szCs w:val="28"/>
        </w:rPr>
        <w:t>ệ</w:t>
      </w:r>
      <w:r w:rsidRPr="008C3E3B">
        <w:rPr>
          <w:rFonts w:ascii="Times New Roman" w:hAnsi="Times New Roman" w:cs="Times New Roman"/>
          <w:sz w:val="28"/>
          <w:szCs w:val="28"/>
        </w:rPr>
        <w:t>c t</w:t>
      </w:r>
      <w:r w:rsidRPr="008C3E3B">
        <w:rPr>
          <w:rFonts w:ascii="Times New Roman" w:hAnsi="Times New Roman" w:cs="Times New Roman"/>
          <w:sz w:val="28"/>
          <w:szCs w:val="28"/>
        </w:rPr>
        <w:t>ạ</w:t>
      </w:r>
      <w:r w:rsidRPr="008C3E3B">
        <w:rPr>
          <w:rFonts w:ascii="Times New Roman" w:hAnsi="Times New Roman" w:cs="Times New Roman"/>
          <w:sz w:val="28"/>
          <w:szCs w:val="28"/>
        </w:rPr>
        <w:t>i Công ty.</w:t>
      </w:r>
      <w:r w:rsidRPr="008C3E3B">
        <w:rPr>
          <w:rFonts w:ascii="Times New Roman" w:hAnsi="Times New Roman" w:cs="Times New Roman"/>
          <w:sz w:val="28"/>
          <w:szCs w:val="28"/>
        </w:rPr>
        <w:br/>
      </w:r>
    </w:p>
    <w:p w:rsidR="005C3CD4" w:rsidRPr="008C3E3B" w:rsidRDefault="008C3E3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8C3E3B">
        <w:rPr>
          <w:rFonts w:ascii="Times New Roman" w:hAnsi="Times New Roman" w:cs="Times New Roman"/>
          <w:color w:val="auto"/>
          <w:sz w:val="28"/>
          <w:szCs w:val="28"/>
        </w:rPr>
        <w:t>2. Ph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ầ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n quà:</w:t>
      </w:r>
    </w:p>
    <w:p w:rsidR="005C3CD4" w:rsidRPr="008C3E3B" w:rsidRDefault="008C3E3B">
      <w:pPr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t>M</w:t>
      </w:r>
      <w:r w:rsidRPr="008C3E3B">
        <w:rPr>
          <w:rFonts w:ascii="Times New Roman" w:hAnsi="Times New Roman" w:cs="Times New Roman"/>
          <w:sz w:val="28"/>
          <w:szCs w:val="28"/>
        </w:rPr>
        <w:t>ỗ</w:t>
      </w:r>
      <w:r w:rsidRPr="008C3E3B">
        <w:rPr>
          <w:rFonts w:ascii="Times New Roman" w:hAnsi="Times New Roman" w:cs="Times New Roman"/>
          <w:sz w:val="28"/>
          <w:szCs w:val="28"/>
        </w:rPr>
        <w:t>i cháu nh</w:t>
      </w:r>
      <w:r w:rsidRPr="008C3E3B">
        <w:rPr>
          <w:rFonts w:ascii="Times New Roman" w:hAnsi="Times New Roman" w:cs="Times New Roman"/>
          <w:sz w:val="28"/>
          <w:szCs w:val="28"/>
        </w:rPr>
        <w:t>ậ</w:t>
      </w:r>
      <w:r w:rsidRPr="008C3E3B">
        <w:rPr>
          <w:rFonts w:ascii="Times New Roman" w:hAnsi="Times New Roman" w:cs="Times New Roman"/>
          <w:sz w:val="28"/>
          <w:szCs w:val="28"/>
        </w:rPr>
        <w:t>n ……</w:t>
      </w:r>
      <w:r w:rsidRPr="008C3E3B">
        <w:rPr>
          <w:rFonts w:ascii="Times New Roman" w:hAnsi="Times New Roman" w:cs="Times New Roman"/>
          <w:sz w:val="28"/>
          <w:szCs w:val="28"/>
        </w:rPr>
        <w:t>…… (ghi rõ: bánh trung thu, l</w:t>
      </w:r>
      <w:r w:rsidRPr="008C3E3B">
        <w:rPr>
          <w:rFonts w:ascii="Times New Roman" w:hAnsi="Times New Roman" w:cs="Times New Roman"/>
          <w:sz w:val="28"/>
          <w:szCs w:val="28"/>
        </w:rPr>
        <w:t>ồ</w:t>
      </w:r>
      <w:r w:rsidRPr="008C3E3B">
        <w:rPr>
          <w:rFonts w:ascii="Times New Roman" w:hAnsi="Times New Roman" w:cs="Times New Roman"/>
          <w:sz w:val="28"/>
          <w:szCs w:val="28"/>
        </w:rPr>
        <w:t>ng đèn, quà t</w:t>
      </w:r>
      <w:r w:rsidRPr="008C3E3B">
        <w:rPr>
          <w:rFonts w:ascii="Times New Roman" w:hAnsi="Times New Roman" w:cs="Times New Roman"/>
          <w:sz w:val="28"/>
          <w:szCs w:val="28"/>
        </w:rPr>
        <w:t>ặ</w:t>
      </w:r>
      <w:r w:rsidRPr="008C3E3B">
        <w:rPr>
          <w:rFonts w:ascii="Times New Roman" w:hAnsi="Times New Roman" w:cs="Times New Roman"/>
          <w:sz w:val="28"/>
          <w:szCs w:val="28"/>
        </w:rPr>
        <w:t>ng, …).</w:t>
      </w:r>
      <w:r w:rsidRPr="008C3E3B">
        <w:rPr>
          <w:rFonts w:ascii="Times New Roman" w:hAnsi="Times New Roman" w:cs="Times New Roman"/>
          <w:sz w:val="28"/>
          <w:szCs w:val="28"/>
        </w:rPr>
        <w:br/>
      </w:r>
    </w:p>
    <w:p w:rsidR="005C3CD4" w:rsidRPr="008C3E3B" w:rsidRDefault="008C3E3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8C3E3B">
        <w:rPr>
          <w:rFonts w:ascii="Times New Roman" w:hAnsi="Times New Roman" w:cs="Times New Roman"/>
          <w:color w:val="auto"/>
          <w:sz w:val="28"/>
          <w:szCs w:val="28"/>
        </w:rPr>
        <w:t>3. Th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ờ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i gian trao quà:</w:t>
      </w:r>
    </w:p>
    <w:p w:rsidR="005C3CD4" w:rsidRPr="008C3E3B" w:rsidRDefault="008C3E3B">
      <w:pPr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t>T</w:t>
      </w:r>
      <w:r w:rsidRPr="008C3E3B">
        <w:rPr>
          <w:rFonts w:ascii="Times New Roman" w:hAnsi="Times New Roman" w:cs="Times New Roman"/>
          <w:sz w:val="28"/>
          <w:szCs w:val="28"/>
        </w:rPr>
        <w:t>ừ</w:t>
      </w:r>
      <w:r w:rsidRPr="008C3E3B">
        <w:rPr>
          <w:rFonts w:ascii="Times New Roman" w:hAnsi="Times New Roman" w:cs="Times New Roman"/>
          <w:sz w:val="28"/>
          <w:szCs w:val="28"/>
        </w:rPr>
        <w:t xml:space="preserve"> ngày … đ</w:t>
      </w:r>
      <w:r w:rsidRPr="008C3E3B">
        <w:rPr>
          <w:rFonts w:ascii="Times New Roman" w:hAnsi="Times New Roman" w:cs="Times New Roman"/>
          <w:sz w:val="28"/>
          <w:szCs w:val="28"/>
        </w:rPr>
        <w:t>ế</w:t>
      </w:r>
      <w:r w:rsidRPr="008C3E3B">
        <w:rPr>
          <w:rFonts w:ascii="Times New Roman" w:hAnsi="Times New Roman" w:cs="Times New Roman"/>
          <w:sz w:val="28"/>
          <w:szCs w:val="28"/>
        </w:rPr>
        <w:t>n ngày … (ghi rõ khung gi</w:t>
      </w:r>
      <w:r w:rsidRPr="008C3E3B">
        <w:rPr>
          <w:rFonts w:ascii="Times New Roman" w:hAnsi="Times New Roman" w:cs="Times New Roman"/>
          <w:sz w:val="28"/>
          <w:szCs w:val="28"/>
        </w:rPr>
        <w:t>ờ</w:t>
      </w:r>
      <w:r w:rsidRPr="008C3E3B">
        <w:rPr>
          <w:rFonts w:ascii="Times New Roman" w:hAnsi="Times New Roman" w:cs="Times New Roman"/>
          <w:sz w:val="28"/>
          <w:szCs w:val="28"/>
        </w:rPr>
        <w:t>).</w:t>
      </w:r>
      <w:r w:rsidRPr="008C3E3B">
        <w:rPr>
          <w:rFonts w:ascii="Times New Roman" w:hAnsi="Times New Roman" w:cs="Times New Roman"/>
          <w:sz w:val="28"/>
          <w:szCs w:val="28"/>
        </w:rPr>
        <w:br/>
      </w:r>
    </w:p>
    <w:p w:rsidR="005C3CD4" w:rsidRPr="008C3E3B" w:rsidRDefault="008C3E3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8C3E3B">
        <w:rPr>
          <w:rFonts w:ascii="Times New Roman" w:hAnsi="Times New Roman" w:cs="Times New Roman"/>
          <w:color w:val="auto"/>
          <w:sz w:val="28"/>
          <w:szCs w:val="28"/>
        </w:rPr>
        <w:t>4. Đ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ị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a đi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ể</w:t>
      </w:r>
      <w:r w:rsidRPr="008C3E3B">
        <w:rPr>
          <w:rFonts w:ascii="Times New Roman" w:hAnsi="Times New Roman" w:cs="Times New Roman"/>
          <w:color w:val="auto"/>
          <w:sz w:val="28"/>
          <w:szCs w:val="28"/>
        </w:rPr>
        <w:t>m:</w:t>
      </w:r>
    </w:p>
    <w:p w:rsidR="005C3CD4" w:rsidRPr="008C3E3B" w:rsidRDefault="008C3E3B">
      <w:pPr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t>T</w:t>
      </w:r>
      <w:r w:rsidRPr="008C3E3B">
        <w:rPr>
          <w:rFonts w:ascii="Times New Roman" w:hAnsi="Times New Roman" w:cs="Times New Roman"/>
          <w:sz w:val="28"/>
          <w:szCs w:val="28"/>
        </w:rPr>
        <w:t>ạ</w:t>
      </w:r>
      <w:r w:rsidRPr="008C3E3B">
        <w:rPr>
          <w:rFonts w:ascii="Times New Roman" w:hAnsi="Times New Roman" w:cs="Times New Roman"/>
          <w:sz w:val="28"/>
          <w:szCs w:val="28"/>
        </w:rPr>
        <w:t>i phòng Hành chính – Nhân s</w:t>
      </w:r>
      <w:r w:rsidRPr="008C3E3B">
        <w:rPr>
          <w:rFonts w:ascii="Times New Roman" w:hAnsi="Times New Roman" w:cs="Times New Roman"/>
          <w:sz w:val="28"/>
          <w:szCs w:val="28"/>
        </w:rPr>
        <w:t>ự</w:t>
      </w:r>
      <w:r w:rsidRPr="008C3E3B">
        <w:rPr>
          <w:rFonts w:ascii="Times New Roman" w:hAnsi="Times New Roman" w:cs="Times New Roman"/>
          <w:sz w:val="28"/>
          <w:szCs w:val="28"/>
        </w:rPr>
        <w:t xml:space="preserve"> / ho</w:t>
      </w:r>
      <w:r w:rsidRPr="008C3E3B">
        <w:rPr>
          <w:rFonts w:ascii="Times New Roman" w:hAnsi="Times New Roman" w:cs="Times New Roman"/>
          <w:sz w:val="28"/>
          <w:szCs w:val="28"/>
        </w:rPr>
        <w:t>ặ</w:t>
      </w:r>
      <w:r w:rsidRPr="008C3E3B">
        <w:rPr>
          <w:rFonts w:ascii="Times New Roman" w:hAnsi="Times New Roman" w:cs="Times New Roman"/>
          <w:sz w:val="28"/>
          <w:szCs w:val="28"/>
        </w:rPr>
        <w:t>c đ</w:t>
      </w:r>
      <w:r w:rsidRPr="008C3E3B">
        <w:rPr>
          <w:rFonts w:ascii="Times New Roman" w:hAnsi="Times New Roman" w:cs="Times New Roman"/>
          <w:sz w:val="28"/>
          <w:szCs w:val="28"/>
        </w:rPr>
        <w:t>ị</w:t>
      </w:r>
      <w:r w:rsidRPr="008C3E3B">
        <w:rPr>
          <w:rFonts w:ascii="Times New Roman" w:hAnsi="Times New Roman" w:cs="Times New Roman"/>
          <w:sz w:val="28"/>
          <w:szCs w:val="28"/>
        </w:rPr>
        <w:t>a đi</w:t>
      </w:r>
      <w:r w:rsidRPr="008C3E3B">
        <w:rPr>
          <w:rFonts w:ascii="Times New Roman" w:hAnsi="Times New Roman" w:cs="Times New Roman"/>
          <w:sz w:val="28"/>
          <w:szCs w:val="28"/>
        </w:rPr>
        <w:t>ể</w:t>
      </w:r>
      <w:r w:rsidRPr="008C3E3B">
        <w:rPr>
          <w:rFonts w:ascii="Times New Roman" w:hAnsi="Times New Roman" w:cs="Times New Roman"/>
          <w:sz w:val="28"/>
          <w:szCs w:val="28"/>
        </w:rPr>
        <w:t>m c</w:t>
      </w:r>
      <w:r w:rsidRPr="008C3E3B">
        <w:rPr>
          <w:rFonts w:ascii="Times New Roman" w:hAnsi="Times New Roman" w:cs="Times New Roman"/>
          <w:sz w:val="28"/>
          <w:szCs w:val="28"/>
        </w:rPr>
        <w:t>ụ</w:t>
      </w:r>
      <w:r w:rsidRPr="008C3E3B">
        <w:rPr>
          <w:rFonts w:ascii="Times New Roman" w:hAnsi="Times New Roman" w:cs="Times New Roman"/>
          <w:sz w:val="28"/>
          <w:szCs w:val="28"/>
        </w:rPr>
        <w:t xml:space="preserve"> th</w:t>
      </w:r>
      <w:r w:rsidRPr="008C3E3B">
        <w:rPr>
          <w:rFonts w:ascii="Times New Roman" w:hAnsi="Times New Roman" w:cs="Times New Roman"/>
          <w:sz w:val="28"/>
          <w:szCs w:val="28"/>
        </w:rPr>
        <w:t>ể</w:t>
      </w:r>
      <w:r w:rsidRPr="008C3E3B">
        <w:rPr>
          <w:rFonts w:ascii="Times New Roman" w:hAnsi="Times New Roman" w:cs="Times New Roman"/>
          <w:sz w:val="28"/>
          <w:szCs w:val="28"/>
        </w:rPr>
        <w:t xml:space="preserve"> do Công ty quy đ</w:t>
      </w:r>
      <w:r w:rsidRPr="008C3E3B">
        <w:rPr>
          <w:rFonts w:ascii="Times New Roman" w:hAnsi="Times New Roman" w:cs="Times New Roman"/>
          <w:sz w:val="28"/>
          <w:szCs w:val="28"/>
        </w:rPr>
        <w:t>ị</w:t>
      </w:r>
      <w:r w:rsidRPr="008C3E3B">
        <w:rPr>
          <w:rFonts w:ascii="Times New Roman" w:hAnsi="Times New Roman" w:cs="Times New Roman"/>
          <w:sz w:val="28"/>
          <w:szCs w:val="28"/>
        </w:rPr>
        <w:t>nh.</w:t>
      </w:r>
      <w:r w:rsidRPr="008C3E3B">
        <w:rPr>
          <w:rFonts w:ascii="Times New Roman" w:hAnsi="Times New Roman" w:cs="Times New Roman"/>
          <w:sz w:val="28"/>
          <w:szCs w:val="28"/>
        </w:rPr>
        <w:br/>
      </w:r>
    </w:p>
    <w:p w:rsidR="005C3CD4" w:rsidRPr="008C3E3B" w:rsidRDefault="008C3E3B">
      <w:pPr>
        <w:pStyle w:val="Heading3"/>
        <w:rPr>
          <w:rFonts w:ascii="Times New Roman" w:hAnsi="Times New Roman" w:cs="Times New Roman"/>
          <w:color w:val="auto"/>
          <w:sz w:val="28"/>
          <w:szCs w:val="28"/>
        </w:rPr>
      </w:pPr>
      <w:r w:rsidRPr="008C3E3B">
        <w:rPr>
          <w:rFonts w:ascii="Times New Roman" w:hAnsi="Times New Roman" w:cs="Times New Roman"/>
          <w:color w:val="auto"/>
          <w:sz w:val="28"/>
          <w:szCs w:val="28"/>
        </w:rPr>
        <w:lastRenderedPageBreak/>
        <w:t>5. Ý nghĩa:</w:t>
      </w:r>
    </w:p>
    <w:p w:rsidR="005C3CD4" w:rsidRPr="008C3E3B" w:rsidRDefault="008C3E3B">
      <w:pPr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t>Đây là ho</w:t>
      </w:r>
      <w:r w:rsidRPr="008C3E3B">
        <w:rPr>
          <w:rFonts w:ascii="Times New Roman" w:hAnsi="Times New Roman" w:cs="Times New Roman"/>
          <w:sz w:val="28"/>
          <w:szCs w:val="28"/>
        </w:rPr>
        <w:t>ạ</w:t>
      </w:r>
      <w:r w:rsidRPr="008C3E3B">
        <w:rPr>
          <w:rFonts w:ascii="Times New Roman" w:hAnsi="Times New Roman" w:cs="Times New Roman"/>
          <w:sz w:val="28"/>
          <w:szCs w:val="28"/>
        </w:rPr>
        <w:t>t đ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>ng thư</w:t>
      </w:r>
      <w:r w:rsidRPr="008C3E3B">
        <w:rPr>
          <w:rFonts w:ascii="Times New Roman" w:hAnsi="Times New Roman" w:cs="Times New Roman"/>
          <w:sz w:val="28"/>
          <w:szCs w:val="28"/>
        </w:rPr>
        <w:t>ờ</w:t>
      </w:r>
      <w:r w:rsidRPr="008C3E3B">
        <w:rPr>
          <w:rFonts w:ascii="Times New Roman" w:hAnsi="Times New Roman" w:cs="Times New Roman"/>
          <w:sz w:val="28"/>
          <w:szCs w:val="28"/>
        </w:rPr>
        <w:t>ng niên nh</w:t>
      </w:r>
      <w:r w:rsidRPr="008C3E3B">
        <w:rPr>
          <w:rFonts w:ascii="Times New Roman" w:hAnsi="Times New Roman" w:cs="Times New Roman"/>
          <w:sz w:val="28"/>
          <w:szCs w:val="28"/>
        </w:rPr>
        <w:t>ằ</w:t>
      </w:r>
      <w:r w:rsidRPr="008C3E3B">
        <w:rPr>
          <w:rFonts w:ascii="Times New Roman" w:hAnsi="Times New Roman" w:cs="Times New Roman"/>
          <w:sz w:val="28"/>
          <w:szCs w:val="28"/>
        </w:rPr>
        <w:t>m đ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>n</w:t>
      </w:r>
      <w:r w:rsidRPr="008C3E3B">
        <w:rPr>
          <w:rFonts w:ascii="Times New Roman" w:hAnsi="Times New Roman" w:cs="Times New Roman"/>
          <w:sz w:val="28"/>
          <w:szCs w:val="28"/>
        </w:rPr>
        <w:t>g viên, khích l</w:t>
      </w:r>
      <w:r w:rsidRPr="008C3E3B">
        <w:rPr>
          <w:rFonts w:ascii="Times New Roman" w:hAnsi="Times New Roman" w:cs="Times New Roman"/>
          <w:sz w:val="28"/>
          <w:szCs w:val="28"/>
        </w:rPr>
        <w:t>ệ</w:t>
      </w:r>
      <w:r w:rsidRPr="008C3E3B">
        <w:rPr>
          <w:rFonts w:ascii="Times New Roman" w:hAnsi="Times New Roman" w:cs="Times New Roman"/>
          <w:sz w:val="28"/>
          <w:szCs w:val="28"/>
        </w:rPr>
        <w:t xml:space="preserve"> tinh th</w:t>
      </w:r>
      <w:r w:rsidRPr="008C3E3B">
        <w:rPr>
          <w:rFonts w:ascii="Times New Roman" w:hAnsi="Times New Roman" w:cs="Times New Roman"/>
          <w:sz w:val="28"/>
          <w:szCs w:val="28"/>
        </w:rPr>
        <w:t>ầ</w:t>
      </w:r>
      <w:r w:rsidRPr="008C3E3B">
        <w:rPr>
          <w:rFonts w:ascii="Times New Roman" w:hAnsi="Times New Roman" w:cs="Times New Roman"/>
          <w:sz w:val="28"/>
          <w:szCs w:val="28"/>
        </w:rPr>
        <w:t>n h</w:t>
      </w:r>
      <w:r w:rsidRPr="008C3E3B">
        <w:rPr>
          <w:rFonts w:ascii="Times New Roman" w:hAnsi="Times New Roman" w:cs="Times New Roman"/>
          <w:sz w:val="28"/>
          <w:szCs w:val="28"/>
        </w:rPr>
        <w:t>ọ</w:t>
      </w:r>
      <w:r w:rsidRPr="008C3E3B">
        <w:rPr>
          <w:rFonts w:ascii="Times New Roman" w:hAnsi="Times New Roman" w:cs="Times New Roman"/>
          <w:sz w:val="28"/>
          <w:szCs w:val="28"/>
        </w:rPr>
        <w:t>c t</w:t>
      </w:r>
      <w:r w:rsidRPr="008C3E3B">
        <w:rPr>
          <w:rFonts w:ascii="Times New Roman" w:hAnsi="Times New Roman" w:cs="Times New Roman"/>
          <w:sz w:val="28"/>
          <w:szCs w:val="28"/>
        </w:rPr>
        <w:t>ậ</w:t>
      </w:r>
      <w:r w:rsidRPr="008C3E3B">
        <w:rPr>
          <w:rFonts w:ascii="Times New Roman" w:hAnsi="Times New Roman" w:cs="Times New Roman"/>
          <w:sz w:val="28"/>
          <w:szCs w:val="28"/>
        </w:rPr>
        <w:t>p, mang l</w:t>
      </w:r>
      <w:r w:rsidRPr="008C3E3B">
        <w:rPr>
          <w:rFonts w:ascii="Times New Roman" w:hAnsi="Times New Roman" w:cs="Times New Roman"/>
          <w:sz w:val="28"/>
          <w:szCs w:val="28"/>
        </w:rPr>
        <w:t>ạ</w:t>
      </w:r>
      <w:r w:rsidRPr="008C3E3B">
        <w:rPr>
          <w:rFonts w:ascii="Times New Roman" w:hAnsi="Times New Roman" w:cs="Times New Roman"/>
          <w:sz w:val="28"/>
          <w:szCs w:val="28"/>
        </w:rPr>
        <w:t>i ni</w:t>
      </w:r>
      <w:r w:rsidRPr="008C3E3B">
        <w:rPr>
          <w:rFonts w:ascii="Times New Roman" w:hAnsi="Times New Roman" w:cs="Times New Roman"/>
          <w:sz w:val="28"/>
          <w:szCs w:val="28"/>
        </w:rPr>
        <w:t>ề</w:t>
      </w:r>
      <w:r w:rsidRPr="008C3E3B">
        <w:rPr>
          <w:rFonts w:ascii="Times New Roman" w:hAnsi="Times New Roman" w:cs="Times New Roman"/>
          <w:sz w:val="28"/>
          <w:szCs w:val="28"/>
        </w:rPr>
        <w:t>m vui cho các cháu trong d</w:t>
      </w:r>
      <w:r w:rsidRPr="008C3E3B">
        <w:rPr>
          <w:rFonts w:ascii="Times New Roman" w:hAnsi="Times New Roman" w:cs="Times New Roman"/>
          <w:sz w:val="28"/>
          <w:szCs w:val="28"/>
        </w:rPr>
        <w:t>ị</w:t>
      </w:r>
      <w:r w:rsidRPr="008C3E3B">
        <w:rPr>
          <w:rFonts w:ascii="Times New Roman" w:hAnsi="Times New Roman" w:cs="Times New Roman"/>
          <w:sz w:val="28"/>
          <w:szCs w:val="28"/>
        </w:rPr>
        <w:t>p T</w:t>
      </w:r>
      <w:r w:rsidRPr="008C3E3B">
        <w:rPr>
          <w:rFonts w:ascii="Times New Roman" w:hAnsi="Times New Roman" w:cs="Times New Roman"/>
          <w:sz w:val="28"/>
          <w:szCs w:val="28"/>
        </w:rPr>
        <w:t>ế</w:t>
      </w:r>
      <w:r w:rsidRPr="008C3E3B">
        <w:rPr>
          <w:rFonts w:ascii="Times New Roman" w:hAnsi="Times New Roman" w:cs="Times New Roman"/>
          <w:sz w:val="28"/>
          <w:szCs w:val="28"/>
        </w:rPr>
        <w:t>t Trung thu, đ</w:t>
      </w:r>
      <w:r w:rsidRPr="008C3E3B">
        <w:rPr>
          <w:rFonts w:ascii="Times New Roman" w:hAnsi="Times New Roman" w:cs="Times New Roman"/>
          <w:sz w:val="28"/>
          <w:szCs w:val="28"/>
        </w:rPr>
        <w:t>ồ</w:t>
      </w:r>
      <w:r w:rsidRPr="008C3E3B">
        <w:rPr>
          <w:rFonts w:ascii="Times New Roman" w:hAnsi="Times New Roman" w:cs="Times New Roman"/>
          <w:sz w:val="28"/>
          <w:szCs w:val="28"/>
        </w:rPr>
        <w:t>ng th</w:t>
      </w:r>
      <w:r w:rsidRPr="008C3E3B">
        <w:rPr>
          <w:rFonts w:ascii="Times New Roman" w:hAnsi="Times New Roman" w:cs="Times New Roman"/>
          <w:sz w:val="28"/>
          <w:szCs w:val="28"/>
        </w:rPr>
        <w:t>ờ</w:t>
      </w:r>
      <w:r w:rsidRPr="008C3E3B">
        <w:rPr>
          <w:rFonts w:ascii="Times New Roman" w:hAnsi="Times New Roman" w:cs="Times New Roman"/>
          <w:sz w:val="28"/>
          <w:szCs w:val="28"/>
        </w:rPr>
        <w:t>i th</w:t>
      </w:r>
      <w:r w:rsidRPr="008C3E3B">
        <w:rPr>
          <w:rFonts w:ascii="Times New Roman" w:hAnsi="Times New Roman" w:cs="Times New Roman"/>
          <w:sz w:val="28"/>
          <w:szCs w:val="28"/>
        </w:rPr>
        <w:t>ể</w:t>
      </w:r>
      <w:r w:rsidRPr="008C3E3B">
        <w:rPr>
          <w:rFonts w:ascii="Times New Roman" w:hAnsi="Times New Roman" w:cs="Times New Roman"/>
          <w:sz w:val="28"/>
          <w:szCs w:val="28"/>
        </w:rPr>
        <w:t xml:space="preserve"> hi</w:t>
      </w:r>
      <w:r w:rsidRPr="008C3E3B">
        <w:rPr>
          <w:rFonts w:ascii="Times New Roman" w:hAnsi="Times New Roman" w:cs="Times New Roman"/>
          <w:sz w:val="28"/>
          <w:szCs w:val="28"/>
        </w:rPr>
        <w:t>ệ</w:t>
      </w:r>
      <w:r w:rsidRPr="008C3E3B">
        <w:rPr>
          <w:rFonts w:ascii="Times New Roman" w:hAnsi="Times New Roman" w:cs="Times New Roman"/>
          <w:sz w:val="28"/>
          <w:szCs w:val="28"/>
        </w:rPr>
        <w:t>n s</w:t>
      </w:r>
      <w:r w:rsidRPr="008C3E3B">
        <w:rPr>
          <w:rFonts w:ascii="Times New Roman" w:hAnsi="Times New Roman" w:cs="Times New Roman"/>
          <w:sz w:val="28"/>
          <w:szCs w:val="28"/>
        </w:rPr>
        <w:t>ự</w:t>
      </w:r>
      <w:r w:rsidRPr="008C3E3B">
        <w:rPr>
          <w:rFonts w:ascii="Times New Roman" w:hAnsi="Times New Roman" w:cs="Times New Roman"/>
          <w:sz w:val="28"/>
          <w:szCs w:val="28"/>
        </w:rPr>
        <w:t xml:space="preserve"> quan tâm c</w:t>
      </w:r>
      <w:r w:rsidRPr="008C3E3B">
        <w:rPr>
          <w:rFonts w:ascii="Times New Roman" w:hAnsi="Times New Roman" w:cs="Times New Roman"/>
          <w:sz w:val="28"/>
          <w:szCs w:val="28"/>
        </w:rPr>
        <w:t>ủ</w:t>
      </w:r>
      <w:r w:rsidRPr="008C3E3B">
        <w:rPr>
          <w:rFonts w:ascii="Times New Roman" w:hAnsi="Times New Roman" w:cs="Times New Roman"/>
          <w:sz w:val="28"/>
          <w:szCs w:val="28"/>
        </w:rPr>
        <w:t>a Công ty đ</w:t>
      </w:r>
      <w:r w:rsidRPr="008C3E3B">
        <w:rPr>
          <w:rFonts w:ascii="Times New Roman" w:hAnsi="Times New Roman" w:cs="Times New Roman"/>
          <w:sz w:val="28"/>
          <w:szCs w:val="28"/>
        </w:rPr>
        <w:t>ế</w:t>
      </w:r>
      <w:r w:rsidRPr="008C3E3B">
        <w:rPr>
          <w:rFonts w:ascii="Times New Roman" w:hAnsi="Times New Roman" w:cs="Times New Roman"/>
          <w:sz w:val="28"/>
          <w:szCs w:val="28"/>
        </w:rPr>
        <w:t>n đ</w:t>
      </w:r>
      <w:r w:rsidRPr="008C3E3B">
        <w:rPr>
          <w:rFonts w:ascii="Times New Roman" w:hAnsi="Times New Roman" w:cs="Times New Roman"/>
          <w:sz w:val="28"/>
          <w:szCs w:val="28"/>
        </w:rPr>
        <w:t>ờ</w:t>
      </w:r>
      <w:r w:rsidRPr="008C3E3B">
        <w:rPr>
          <w:rFonts w:ascii="Times New Roman" w:hAnsi="Times New Roman" w:cs="Times New Roman"/>
          <w:sz w:val="28"/>
          <w:szCs w:val="28"/>
        </w:rPr>
        <w:t>i s</w:t>
      </w:r>
      <w:r w:rsidRPr="008C3E3B">
        <w:rPr>
          <w:rFonts w:ascii="Times New Roman" w:hAnsi="Times New Roman" w:cs="Times New Roman"/>
          <w:sz w:val="28"/>
          <w:szCs w:val="28"/>
        </w:rPr>
        <w:t>ố</w:t>
      </w:r>
      <w:r w:rsidRPr="008C3E3B">
        <w:rPr>
          <w:rFonts w:ascii="Times New Roman" w:hAnsi="Times New Roman" w:cs="Times New Roman"/>
          <w:sz w:val="28"/>
          <w:szCs w:val="28"/>
        </w:rPr>
        <w:t>ng gia đình c</w:t>
      </w:r>
      <w:r w:rsidRPr="008C3E3B">
        <w:rPr>
          <w:rFonts w:ascii="Times New Roman" w:hAnsi="Times New Roman" w:cs="Times New Roman"/>
          <w:sz w:val="28"/>
          <w:szCs w:val="28"/>
        </w:rPr>
        <w:t>ủ</w:t>
      </w:r>
      <w:r w:rsidRPr="008C3E3B">
        <w:rPr>
          <w:rFonts w:ascii="Times New Roman" w:hAnsi="Times New Roman" w:cs="Times New Roman"/>
          <w:sz w:val="28"/>
          <w:szCs w:val="28"/>
        </w:rPr>
        <w:t>a cán b</w:t>
      </w:r>
      <w:r w:rsidRPr="008C3E3B">
        <w:rPr>
          <w:rFonts w:ascii="Times New Roman" w:hAnsi="Times New Roman" w:cs="Times New Roman"/>
          <w:sz w:val="28"/>
          <w:szCs w:val="28"/>
        </w:rPr>
        <w:t>ộ</w:t>
      </w:r>
      <w:r w:rsidRPr="008C3E3B">
        <w:rPr>
          <w:rFonts w:ascii="Times New Roman" w:hAnsi="Times New Roman" w:cs="Times New Roman"/>
          <w:sz w:val="28"/>
          <w:szCs w:val="28"/>
        </w:rPr>
        <w:t>, nhân viên.</w:t>
      </w:r>
      <w:r w:rsidRPr="008C3E3B">
        <w:rPr>
          <w:rFonts w:ascii="Times New Roman" w:hAnsi="Times New Roman" w:cs="Times New Roman"/>
          <w:sz w:val="28"/>
          <w:szCs w:val="28"/>
        </w:rPr>
        <w:br/>
      </w:r>
    </w:p>
    <w:p w:rsidR="005C3CD4" w:rsidRPr="008C3E3B" w:rsidRDefault="008C3E3B">
      <w:pPr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t>Đ</w:t>
      </w:r>
      <w:r w:rsidRPr="008C3E3B">
        <w:rPr>
          <w:rFonts w:ascii="Times New Roman" w:hAnsi="Times New Roman" w:cs="Times New Roman"/>
          <w:sz w:val="28"/>
          <w:szCs w:val="28"/>
        </w:rPr>
        <w:t>ề</w:t>
      </w:r>
      <w:r w:rsidRPr="008C3E3B">
        <w:rPr>
          <w:rFonts w:ascii="Times New Roman" w:hAnsi="Times New Roman" w:cs="Times New Roman"/>
          <w:sz w:val="28"/>
          <w:szCs w:val="28"/>
        </w:rPr>
        <w:t xml:space="preserve"> ngh</w:t>
      </w:r>
      <w:r w:rsidRPr="008C3E3B">
        <w:rPr>
          <w:rFonts w:ascii="Times New Roman" w:hAnsi="Times New Roman" w:cs="Times New Roman"/>
          <w:sz w:val="28"/>
          <w:szCs w:val="28"/>
        </w:rPr>
        <w:t>ị</w:t>
      </w:r>
      <w:r w:rsidRPr="008C3E3B">
        <w:rPr>
          <w:rFonts w:ascii="Times New Roman" w:hAnsi="Times New Roman" w:cs="Times New Roman"/>
          <w:sz w:val="28"/>
          <w:szCs w:val="28"/>
        </w:rPr>
        <w:t xml:space="preserve"> các phòng ban ph</w:t>
      </w:r>
      <w:r w:rsidRPr="008C3E3B">
        <w:rPr>
          <w:rFonts w:ascii="Times New Roman" w:hAnsi="Times New Roman" w:cs="Times New Roman"/>
          <w:sz w:val="28"/>
          <w:szCs w:val="28"/>
        </w:rPr>
        <w:t>ố</w:t>
      </w:r>
      <w:r w:rsidRPr="008C3E3B">
        <w:rPr>
          <w:rFonts w:ascii="Times New Roman" w:hAnsi="Times New Roman" w:cs="Times New Roman"/>
          <w:sz w:val="28"/>
          <w:szCs w:val="28"/>
        </w:rPr>
        <w:t>i h</w:t>
      </w:r>
      <w:r w:rsidRPr="008C3E3B">
        <w:rPr>
          <w:rFonts w:ascii="Times New Roman" w:hAnsi="Times New Roman" w:cs="Times New Roman"/>
          <w:sz w:val="28"/>
          <w:szCs w:val="28"/>
        </w:rPr>
        <w:t>ợ</w:t>
      </w:r>
      <w:r w:rsidRPr="008C3E3B">
        <w:rPr>
          <w:rFonts w:ascii="Times New Roman" w:hAnsi="Times New Roman" w:cs="Times New Roman"/>
          <w:sz w:val="28"/>
          <w:szCs w:val="28"/>
        </w:rPr>
        <w:t>p thông báo đ</w:t>
      </w:r>
      <w:r w:rsidRPr="008C3E3B">
        <w:rPr>
          <w:rFonts w:ascii="Times New Roman" w:hAnsi="Times New Roman" w:cs="Times New Roman"/>
          <w:sz w:val="28"/>
          <w:szCs w:val="28"/>
        </w:rPr>
        <w:t>ế</w:t>
      </w:r>
      <w:r w:rsidRPr="008C3E3B">
        <w:rPr>
          <w:rFonts w:ascii="Times New Roman" w:hAnsi="Times New Roman" w:cs="Times New Roman"/>
          <w:sz w:val="28"/>
          <w:szCs w:val="28"/>
        </w:rPr>
        <w:t>n toàn th</w:t>
      </w:r>
      <w:r w:rsidRPr="008C3E3B">
        <w:rPr>
          <w:rFonts w:ascii="Times New Roman" w:hAnsi="Times New Roman" w:cs="Times New Roman"/>
          <w:sz w:val="28"/>
          <w:szCs w:val="28"/>
        </w:rPr>
        <w:t>ể</w:t>
      </w:r>
      <w:r w:rsidRPr="008C3E3B">
        <w:rPr>
          <w:rFonts w:ascii="Times New Roman" w:hAnsi="Times New Roman" w:cs="Times New Roman"/>
          <w:sz w:val="28"/>
          <w:szCs w:val="28"/>
        </w:rPr>
        <w:t xml:space="preserve"> nhân viên và l</w:t>
      </w:r>
      <w:r w:rsidRPr="008C3E3B">
        <w:rPr>
          <w:rFonts w:ascii="Times New Roman" w:hAnsi="Times New Roman" w:cs="Times New Roman"/>
          <w:sz w:val="28"/>
          <w:szCs w:val="28"/>
        </w:rPr>
        <w:t>ậ</w:t>
      </w:r>
      <w:r w:rsidRPr="008C3E3B">
        <w:rPr>
          <w:rFonts w:ascii="Times New Roman" w:hAnsi="Times New Roman" w:cs="Times New Roman"/>
          <w:sz w:val="28"/>
          <w:szCs w:val="28"/>
        </w:rPr>
        <w:t>p danh</w:t>
      </w:r>
      <w:r w:rsidRPr="008C3E3B">
        <w:rPr>
          <w:rFonts w:ascii="Times New Roman" w:hAnsi="Times New Roman" w:cs="Times New Roman"/>
          <w:sz w:val="28"/>
          <w:szCs w:val="28"/>
        </w:rPr>
        <w:t xml:space="preserve"> sách con em trong di</w:t>
      </w:r>
      <w:r w:rsidRPr="008C3E3B">
        <w:rPr>
          <w:rFonts w:ascii="Times New Roman" w:hAnsi="Times New Roman" w:cs="Times New Roman"/>
          <w:sz w:val="28"/>
          <w:szCs w:val="28"/>
        </w:rPr>
        <w:t>ệ</w:t>
      </w:r>
      <w:r w:rsidRPr="008C3E3B">
        <w:rPr>
          <w:rFonts w:ascii="Times New Roman" w:hAnsi="Times New Roman" w:cs="Times New Roman"/>
          <w:sz w:val="28"/>
          <w:szCs w:val="28"/>
        </w:rPr>
        <w:t>n nh</w:t>
      </w:r>
      <w:r w:rsidRPr="008C3E3B">
        <w:rPr>
          <w:rFonts w:ascii="Times New Roman" w:hAnsi="Times New Roman" w:cs="Times New Roman"/>
          <w:sz w:val="28"/>
          <w:szCs w:val="28"/>
        </w:rPr>
        <w:t>ậ</w:t>
      </w:r>
      <w:r w:rsidRPr="008C3E3B">
        <w:rPr>
          <w:rFonts w:ascii="Times New Roman" w:hAnsi="Times New Roman" w:cs="Times New Roman"/>
          <w:sz w:val="28"/>
          <w:szCs w:val="28"/>
        </w:rPr>
        <w:t>n quà g</w:t>
      </w:r>
      <w:r w:rsidRPr="008C3E3B">
        <w:rPr>
          <w:rFonts w:ascii="Times New Roman" w:hAnsi="Times New Roman" w:cs="Times New Roman"/>
          <w:sz w:val="28"/>
          <w:szCs w:val="28"/>
        </w:rPr>
        <w:t>ử</w:t>
      </w:r>
      <w:r w:rsidRPr="008C3E3B">
        <w:rPr>
          <w:rFonts w:ascii="Times New Roman" w:hAnsi="Times New Roman" w:cs="Times New Roman"/>
          <w:sz w:val="28"/>
          <w:szCs w:val="28"/>
        </w:rPr>
        <w:t>i v</w:t>
      </w:r>
      <w:r w:rsidRPr="008C3E3B">
        <w:rPr>
          <w:rFonts w:ascii="Times New Roman" w:hAnsi="Times New Roman" w:cs="Times New Roman"/>
          <w:sz w:val="28"/>
          <w:szCs w:val="28"/>
        </w:rPr>
        <w:t>ề</w:t>
      </w:r>
      <w:r w:rsidRPr="008C3E3B">
        <w:rPr>
          <w:rFonts w:ascii="Times New Roman" w:hAnsi="Times New Roman" w:cs="Times New Roman"/>
          <w:sz w:val="28"/>
          <w:szCs w:val="28"/>
        </w:rPr>
        <w:t xml:space="preserve"> phòng Hành chính – Nhân s</w:t>
      </w:r>
      <w:r w:rsidRPr="008C3E3B">
        <w:rPr>
          <w:rFonts w:ascii="Times New Roman" w:hAnsi="Times New Roman" w:cs="Times New Roman"/>
          <w:sz w:val="28"/>
          <w:szCs w:val="28"/>
        </w:rPr>
        <w:t>ự</w:t>
      </w:r>
      <w:r w:rsidRPr="008C3E3B">
        <w:rPr>
          <w:rFonts w:ascii="Times New Roman" w:hAnsi="Times New Roman" w:cs="Times New Roman"/>
          <w:sz w:val="28"/>
          <w:szCs w:val="28"/>
        </w:rPr>
        <w:t xml:space="preserve"> trư</w:t>
      </w:r>
      <w:r w:rsidRPr="008C3E3B">
        <w:rPr>
          <w:rFonts w:ascii="Times New Roman" w:hAnsi="Times New Roman" w:cs="Times New Roman"/>
          <w:sz w:val="28"/>
          <w:szCs w:val="28"/>
        </w:rPr>
        <w:t>ớ</w:t>
      </w:r>
      <w:r w:rsidRPr="008C3E3B">
        <w:rPr>
          <w:rFonts w:ascii="Times New Roman" w:hAnsi="Times New Roman" w:cs="Times New Roman"/>
          <w:sz w:val="28"/>
          <w:szCs w:val="28"/>
        </w:rPr>
        <w:t>c ngày ………… đ</w:t>
      </w:r>
      <w:r w:rsidRPr="008C3E3B">
        <w:rPr>
          <w:rFonts w:ascii="Times New Roman" w:hAnsi="Times New Roman" w:cs="Times New Roman"/>
          <w:sz w:val="28"/>
          <w:szCs w:val="28"/>
        </w:rPr>
        <w:t>ể</w:t>
      </w:r>
      <w:r w:rsidRPr="008C3E3B">
        <w:rPr>
          <w:rFonts w:ascii="Times New Roman" w:hAnsi="Times New Roman" w:cs="Times New Roman"/>
          <w:sz w:val="28"/>
          <w:szCs w:val="28"/>
        </w:rPr>
        <w:t xml:space="preserve"> t</w:t>
      </w:r>
      <w:r w:rsidRPr="008C3E3B">
        <w:rPr>
          <w:rFonts w:ascii="Times New Roman" w:hAnsi="Times New Roman" w:cs="Times New Roman"/>
          <w:sz w:val="28"/>
          <w:szCs w:val="28"/>
        </w:rPr>
        <w:t>ổ</w:t>
      </w:r>
      <w:r w:rsidRPr="008C3E3B">
        <w:rPr>
          <w:rFonts w:ascii="Times New Roman" w:hAnsi="Times New Roman" w:cs="Times New Roman"/>
          <w:sz w:val="28"/>
          <w:szCs w:val="28"/>
        </w:rPr>
        <w:t>ng h</w:t>
      </w:r>
      <w:r w:rsidRPr="008C3E3B">
        <w:rPr>
          <w:rFonts w:ascii="Times New Roman" w:hAnsi="Times New Roman" w:cs="Times New Roman"/>
          <w:sz w:val="28"/>
          <w:szCs w:val="28"/>
        </w:rPr>
        <w:t>ợ</w:t>
      </w:r>
      <w:r w:rsidRPr="008C3E3B">
        <w:rPr>
          <w:rFonts w:ascii="Times New Roman" w:hAnsi="Times New Roman" w:cs="Times New Roman"/>
          <w:sz w:val="28"/>
          <w:szCs w:val="28"/>
        </w:rPr>
        <w:t>p.</w:t>
      </w:r>
      <w:r w:rsidRPr="008C3E3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p w:rsidR="005C3CD4" w:rsidRPr="008C3E3B" w:rsidRDefault="008C3E3B">
      <w:pPr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t>Trân tr</w:t>
      </w:r>
      <w:r w:rsidRPr="008C3E3B">
        <w:rPr>
          <w:rFonts w:ascii="Times New Roman" w:hAnsi="Times New Roman" w:cs="Times New Roman"/>
          <w:sz w:val="28"/>
          <w:szCs w:val="28"/>
        </w:rPr>
        <w:t>ọ</w:t>
      </w:r>
      <w:r w:rsidRPr="008C3E3B">
        <w:rPr>
          <w:rFonts w:ascii="Times New Roman" w:hAnsi="Times New Roman" w:cs="Times New Roman"/>
          <w:sz w:val="28"/>
          <w:szCs w:val="28"/>
        </w:rPr>
        <w:t>ng thông báo!</w:t>
      </w:r>
      <w:r w:rsidRPr="008C3E3B">
        <w:rPr>
          <w:rFonts w:ascii="Times New Roman" w:hAnsi="Times New Roman" w:cs="Times New Roman"/>
          <w:sz w:val="28"/>
          <w:szCs w:val="28"/>
        </w:rPr>
        <w:br/>
      </w:r>
    </w:p>
    <w:p w:rsidR="008C3E3B" w:rsidRDefault="008C3E3B" w:rsidP="008C3E3B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8C3E3B">
        <w:rPr>
          <w:rFonts w:ascii="Times New Roman" w:hAnsi="Times New Roman" w:cs="Times New Roman"/>
          <w:i/>
          <w:sz w:val="28"/>
          <w:szCs w:val="28"/>
        </w:rPr>
        <w:t>…, ngày … tháng … năm …</w:t>
      </w:r>
    </w:p>
    <w:p w:rsidR="005C3CD4" w:rsidRPr="008C3E3B" w:rsidRDefault="008C3E3B" w:rsidP="008C3E3B">
      <w:pPr>
        <w:jc w:val="right"/>
        <w:rPr>
          <w:rFonts w:ascii="Times New Roman" w:hAnsi="Times New Roman" w:cs="Times New Roman"/>
          <w:sz w:val="28"/>
          <w:szCs w:val="28"/>
        </w:rPr>
      </w:pPr>
      <w:r w:rsidRPr="008C3E3B">
        <w:rPr>
          <w:rFonts w:ascii="Times New Roman" w:hAnsi="Times New Roman" w:cs="Times New Roman"/>
          <w:sz w:val="28"/>
          <w:szCs w:val="28"/>
        </w:rPr>
        <w:br/>
      </w:r>
      <w:r w:rsidRPr="008C3E3B">
        <w:rPr>
          <w:rFonts w:ascii="Times New Roman" w:hAnsi="Times New Roman" w:cs="Times New Roman"/>
          <w:b/>
          <w:sz w:val="28"/>
          <w:szCs w:val="28"/>
        </w:rPr>
        <w:t>Đ</w:t>
      </w:r>
      <w:r w:rsidRPr="008C3E3B">
        <w:rPr>
          <w:rFonts w:ascii="Times New Roman" w:hAnsi="Times New Roman" w:cs="Times New Roman"/>
          <w:b/>
          <w:sz w:val="28"/>
          <w:szCs w:val="28"/>
        </w:rPr>
        <w:t>Ạ</w:t>
      </w:r>
      <w:r w:rsidRPr="008C3E3B">
        <w:rPr>
          <w:rFonts w:ascii="Times New Roman" w:hAnsi="Times New Roman" w:cs="Times New Roman"/>
          <w:b/>
          <w:sz w:val="28"/>
          <w:szCs w:val="28"/>
        </w:rPr>
        <w:t>I DI</w:t>
      </w:r>
      <w:r w:rsidRPr="008C3E3B">
        <w:rPr>
          <w:rFonts w:ascii="Times New Roman" w:hAnsi="Times New Roman" w:cs="Times New Roman"/>
          <w:b/>
          <w:sz w:val="28"/>
          <w:szCs w:val="28"/>
        </w:rPr>
        <w:t>Ệ</w:t>
      </w:r>
      <w:r w:rsidRPr="008C3E3B">
        <w:rPr>
          <w:rFonts w:ascii="Times New Roman" w:hAnsi="Times New Roman" w:cs="Times New Roman"/>
          <w:b/>
          <w:sz w:val="28"/>
          <w:szCs w:val="28"/>
        </w:rPr>
        <w:t>N CÔNG TY</w:t>
      </w:r>
      <w:r w:rsidRPr="008C3E3B">
        <w:rPr>
          <w:rFonts w:ascii="Times New Roman" w:hAnsi="Times New Roman" w:cs="Times New Roman"/>
          <w:b/>
          <w:sz w:val="28"/>
          <w:szCs w:val="28"/>
        </w:rPr>
        <w:br/>
        <w:t>(Ký tên, đóng d</w:t>
      </w:r>
      <w:r w:rsidRPr="008C3E3B">
        <w:rPr>
          <w:rFonts w:ascii="Times New Roman" w:hAnsi="Times New Roman" w:cs="Times New Roman"/>
          <w:b/>
          <w:sz w:val="28"/>
          <w:szCs w:val="28"/>
        </w:rPr>
        <w:t>ấ</w:t>
      </w:r>
      <w:r w:rsidRPr="008C3E3B">
        <w:rPr>
          <w:rFonts w:ascii="Times New Roman" w:hAnsi="Times New Roman" w:cs="Times New Roman"/>
          <w:b/>
          <w:sz w:val="28"/>
          <w:szCs w:val="28"/>
        </w:rPr>
        <w:t>u)</w:t>
      </w:r>
    </w:p>
    <w:sectPr w:rsidR="005C3CD4" w:rsidRPr="008C3E3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C3CD4"/>
    <w:rsid w:val="008C3E3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D6E8EAE8-EECF-4099-9892-69368A244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D0D4B7-5539-4B43-8803-271B66544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THÔNG BÁO</vt:lpstr>
      <vt:lpstr>        1. Đối tượng:</vt:lpstr>
      <vt:lpstr>        2. Phần quà:</vt:lpstr>
      <vt:lpstr>        3. Thời gian trao quà:</vt:lpstr>
      <vt:lpstr>        4. Địa điểm:</vt:lpstr>
      <vt:lpstr>        5. Ý nghĩa:</vt:lpstr>
    </vt:vector>
  </TitlesOfParts>
  <Manager/>
  <Company/>
  <LinksUpToDate>false</LinksUpToDate>
  <CharactersWithSpaces>1261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2025-09-15T08:17:00Z</dcterms:created>
  <dcterms:modified xsi:type="dcterms:W3CDTF">2025-09-15T08:17:00Z</dcterms:modified>
  <cp:category/>
</cp:coreProperties>
</file>